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7EC5A" w14:textId="77777777" w:rsidR="001D151B" w:rsidRDefault="00000000">
      <w:pPr>
        <w:spacing w:after="40"/>
        <w:jc w:val="center"/>
      </w:pPr>
      <w:r>
        <w:rPr>
          <w:rFonts w:ascii="Arial" w:hAnsi="Arial"/>
          <w:b/>
          <w:sz w:val="28"/>
        </w:rPr>
        <w:t>WEST HUNTSPILL PARISH COUNCIL</w:t>
      </w:r>
    </w:p>
    <w:p w14:paraId="2D22DF23" w14:textId="77777777" w:rsidR="001D151B" w:rsidRDefault="00000000">
      <w:pPr>
        <w:spacing w:after="40"/>
        <w:jc w:val="center"/>
      </w:pPr>
      <w:r>
        <w:rPr>
          <w:rFonts w:ascii="Arial" w:hAnsi="Arial"/>
          <w:b/>
        </w:rPr>
        <w:t>MINUTES OF THE ANNUAL MEETING OF THE PARISH COUNCIL (AGM)</w:t>
      </w:r>
    </w:p>
    <w:p w14:paraId="2DD6FC29" w14:textId="77777777" w:rsidR="001D151B" w:rsidRDefault="00000000">
      <w:pPr>
        <w:spacing w:after="40"/>
        <w:jc w:val="center"/>
      </w:pPr>
      <w:r>
        <w:rPr>
          <w:rFonts w:ascii="Arial" w:hAnsi="Arial"/>
        </w:rPr>
        <w:t>Held on Tuesday 12th May 2026 at 7.00 pm</w:t>
      </w:r>
    </w:p>
    <w:p w14:paraId="2B947E72" w14:textId="77777777" w:rsidR="001D151B" w:rsidRDefault="00000000">
      <w:pPr>
        <w:spacing w:after="120"/>
        <w:jc w:val="center"/>
      </w:pPr>
      <w:r>
        <w:rPr>
          <w:rFonts w:ascii="Arial" w:hAnsi="Arial"/>
        </w:rPr>
        <w:t>at Balliol Hall, Church Road, West Huntspill</w:t>
      </w:r>
    </w:p>
    <w:p w14:paraId="7AC3B52D" w14:textId="77777777" w:rsidR="001D151B" w:rsidRDefault="001D151B">
      <w:pPr>
        <w:pBdr>
          <w:bottom w:val="single" w:sz="6" w:space="1" w:color="000000"/>
        </w:pBdr>
        <w:spacing w:before="40" w:after="40"/>
      </w:pPr>
    </w:p>
    <w:p w14:paraId="410A706A" w14:textId="77431CF8" w:rsidR="001D151B" w:rsidRDefault="00000000">
      <w:pPr>
        <w:spacing w:before="120" w:after="40"/>
      </w:pPr>
      <w:r>
        <w:rPr>
          <w:rFonts w:ascii="Arial" w:hAnsi="Arial"/>
          <w:b/>
        </w:rPr>
        <w:t xml:space="preserve">Present:  </w:t>
      </w:r>
      <w:r>
        <w:rPr>
          <w:rFonts w:ascii="Arial" w:hAnsi="Arial"/>
        </w:rPr>
        <w:t>Cllr John Wilks, Cllr Richard Shaw, Cllr Mark Saunders, Cllr Ann Clapp, Cllr John Wakefield, C</w:t>
      </w:r>
      <w:r w:rsidR="00D140FE">
        <w:rPr>
          <w:rFonts w:ascii="Arial" w:hAnsi="Arial"/>
        </w:rPr>
        <w:t>ounty C</w:t>
      </w:r>
      <w:r>
        <w:rPr>
          <w:rFonts w:ascii="Arial" w:hAnsi="Arial"/>
        </w:rPr>
        <w:t>llr Mark Healy</w:t>
      </w:r>
    </w:p>
    <w:p w14:paraId="48877018" w14:textId="77777777" w:rsidR="001D151B" w:rsidRDefault="00000000">
      <w:pPr>
        <w:spacing w:before="40" w:after="40"/>
      </w:pPr>
      <w:r>
        <w:rPr>
          <w:rFonts w:ascii="Arial" w:hAnsi="Arial"/>
          <w:b/>
        </w:rPr>
        <w:t xml:space="preserve">Apologies:  </w:t>
      </w:r>
      <w:r>
        <w:rPr>
          <w:rFonts w:ascii="Arial" w:hAnsi="Arial"/>
        </w:rPr>
        <w:t>Cllr Alan Higgs</w:t>
      </w:r>
    </w:p>
    <w:p w14:paraId="0EE41D8A" w14:textId="65F5FD5C" w:rsidR="001D151B" w:rsidRDefault="00000000">
      <w:pPr>
        <w:spacing w:before="40" w:after="120"/>
      </w:pPr>
      <w:r>
        <w:rPr>
          <w:rFonts w:ascii="Arial" w:hAnsi="Arial"/>
          <w:b/>
        </w:rPr>
        <w:t xml:space="preserve">Also in attendance:  </w:t>
      </w:r>
      <w:r w:rsidR="00D140FE">
        <w:rPr>
          <w:rFonts w:ascii="Arial" w:hAnsi="Arial"/>
          <w:i/>
        </w:rPr>
        <w:t>Mrs Alex Harris - Clerk</w:t>
      </w:r>
    </w:p>
    <w:p w14:paraId="604E0249" w14:textId="77777777" w:rsidR="001D151B" w:rsidRDefault="001D151B">
      <w:pPr>
        <w:pBdr>
          <w:bottom w:val="single" w:sz="6" w:space="1" w:color="000000"/>
        </w:pBdr>
        <w:spacing w:before="40" w:after="40"/>
      </w:pPr>
    </w:p>
    <w:p w14:paraId="2BBA8B7A" w14:textId="77777777" w:rsidR="001D151B" w:rsidRDefault="00000000">
      <w:pPr>
        <w:spacing w:before="120" w:after="120"/>
      </w:pPr>
      <w:r>
        <w:rPr>
          <w:rFonts w:ascii="Arial" w:hAnsi="Arial"/>
        </w:rPr>
        <w:t>The Chairman opened the meeting and invited members of the public to speak. The public participation session lasted up to 30 minutes. No members of the public addressed the Council at the opening of the meeting.</w:t>
      </w:r>
    </w:p>
    <w:p w14:paraId="2E85A2CF" w14:textId="77777777" w:rsidR="001D151B" w:rsidRDefault="00000000">
      <w:pPr>
        <w:spacing w:before="120" w:after="40"/>
      </w:pPr>
      <w:r>
        <w:rPr>
          <w:rFonts w:ascii="Arial" w:hAnsi="Arial"/>
          <w:b/>
        </w:rPr>
        <w:t>AGM26/01   ELECTION OF CHAIRMAN FOR 2026/27</w:t>
      </w:r>
    </w:p>
    <w:p w14:paraId="57C3B0B8" w14:textId="77777777" w:rsidR="001D151B" w:rsidRDefault="00000000">
      <w:pPr>
        <w:spacing w:before="20" w:after="80"/>
        <w:ind w:left="567"/>
      </w:pPr>
      <w:r>
        <w:rPr>
          <w:rFonts w:ascii="Arial" w:hAnsi="Arial"/>
        </w:rPr>
        <w:t>It was proposed by Cllr John Wilks and seconded by Cllr Ann Clapp that Cllr John Wakefield be elected as Chairman of West Huntspill Parish Council for the municipal year 2026/27. There being no other nominations, it was RESOLVED unanimously that Cllr John Wakefield be elected as Chairman.</w:t>
      </w:r>
      <w:r>
        <w:rPr>
          <w:rFonts w:ascii="Arial" w:hAnsi="Arial"/>
        </w:rPr>
        <w:br/>
      </w:r>
      <w:r>
        <w:rPr>
          <w:rFonts w:ascii="Arial" w:hAnsi="Arial"/>
        </w:rPr>
        <w:br/>
        <w:t>Cllr Wakefield took the Chair and signed the Declaration of Acceptance of Office.</w:t>
      </w:r>
    </w:p>
    <w:p w14:paraId="095F74AA" w14:textId="77777777" w:rsidR="001D151B" w:rsidRDefault="00000000">
      <w:pPr>
        <w:spacing w:before="120" w:after="40"/>
      </w:pPr>
      <w:r>
        <w:rPr>
          <w:rFonts w:ascii="Arial" w:hAnsi="Arial"/>
          <w:b/>
        </w:rPr>
        <w:t>AGM26/02   ELECTION OF VICE CHAIRMAN FOR 2026/27</w:t>
      </w:r>
    </w:p>
    <w:p w14:paraId="2E0B4DDD" w14:textId="77777777" w:rsidR="001D151B" w:rsidRDefault="00000000">
      <w:pPr>
        <w:spacing w:before="20" w:after="80"/>
        <w:ind w:left="567"/>
      </w:pPr>
      <w:r>
        <w:rPr>
          <w:rFonts w:ascii="Arial" w:hAnsi="Arial"/>
        </w:rPr>
        <w:t>It was proposed and seconded that Cllr Ann Clapp be elected as Vice Chairman of West Huntspill Parish Council for the municipal year 2026/27. There being no other nominations, it was RESOLVED unanimously that Cllr Ann Clapp be elected as Vice Chairman.</w:t>
      </w:r>
    </w:p>
    <w:p w14:paraId="02B6E24B" w14:textId="77777777" w:rsidR="001D151B" w:rsidRDefault="00000000">
      <w:pPr>
        <w:spacing w:before="120" w:after="40"/>
      </w:pPr>
      <w:r>
        <w:rPr>
          <w:rFonts w:ascii="Arial" w:hAnsi="Arial"/>
          <w:b/>
        </w:rPr>
        <w:t>AGM26/03   APOLOGIES FOR ABSENCE</w:t>
      </w:r>
    </w:p>
    <w:p w14:paraId="3D1403E7" w14:textId="6B082D78" w:rsidR="001D151B" w:rsidRDefault="00000000">
      <w:pPr>
        <w:spacing w:before="20" w:after="80"/>
        <w:ind w:left="567"/>
      </w:pPr>
      <w:r>
        <w:rPr>
          <w:rFonts w:ascii="Arial" w:hAnsi="Arial"/>
        </w:rPr>
        <w:t xml:space="preserve">Apologies for absence were received from Cllr Alan Higgs. The Council resolved to accept these apologies. No apologies were received from Cllr Roger </w:t>
      </w:r>
      <w:r w:rsidR="00D140FE">
        <w:rPr>
          <w:rFonts w:ascii="Arial" w:hAnsi="Arial"/>
        </w:rPr>
        <w:t>Keen.</w:t>
      </w:r>
    </w:p>
    <w:p w14:paraId="43E698A6" w14:textId="77777777" w:rsidR="001D151B" w:rsidRDefault="00000000">
      <w:pPr>
        <w:spacing w:before="120" w:after="40"/>
      </w:pPr>
      <w:r>
        <w:rPr>
          <w:rFonts w:ascii="Arial" w:hAnsi="Arial"/>
          <w:b/>
        </w:rPr>
        <w:t>AGM26/04   DECLARATIONS OF INTEREST AND DISPENSATIONS</w:t>
      </w:r>
    </w:p>
    <w:p w14:paraId="007B0016" w14:textId="77777777" w:rsidR="001D151B" w:rsidRDefault="00000000">
      <w:pPr>
        <w:spacing w:before="20" w:after="80"/>
        <w:ind w:left="567"/>
      </w:pPr>
      <w:r>
        <w:rPr>
          <w:rFonts w:ascii="Arial" w:hAnsi="Arial"/>
        </w:rPr>
        <w:t>No declarations of interest or requests for dispensations were made.</w:t>
      </w:r>
    </w:p>
    <w:p w14:paraId="09BEEF10" w14:textId="77777777" w:rsidR="001D151B" w:rsidRDefault="00000000">
      <w:pPr>
        <w:spacing w:before="120" w:after="40"/>
      </w:pPr>
      <w:r>
        <w:rPr>
          <w:rFonts w:ascii="Arial" w:hAnsi="Arial"/>
          <w:b/>
        </w:rPr>
        <w:t>AGM26/05   APPROVAL OF MINUTES AND CLERK'S REPORT</w:t>
      </w:r>
    </w:p>
    <w:p w14:paraId="7CE5EC96" w14:textId="77777777" w:rsidR="001D151B" w:rsidRDefault="00000000">
      <w:pPr>
        <w:spacing w:before="20" w:after="80"/>
        <w:ind w:left="567"/>
      </w:pPr>
      <w:r>
        <w:rPr>
          <w:rFonts w:ascii="Arial" w:hAnsi="Arial"/>
        </w:rPr>
        <w:t>Minutes of 13th April 2026: It was proposed by Cllr Mark Saunders and seconded by Cllr Ann Clapp that the minutes of the Parish Council meeting held on 13th April 2026 be approved as a true and accurate record. RESOLVED unanimously.</w:t>
      </w:r>
      <w:r>
        <w:rPr>
          <w:rFonts w:ascii="Arial" w:hAnsi="Arial"/>
        </w:rPr>
        <w:br/>
      </w:r>
      <w:r>
        <w:rPr>
          <w:rFonts w:ascii="Arial" w:hAnsi="Arial"/>
        </w:rPr>
        <w:br/>
        <w:t>Clerk's Report: It was proposed by Cllr John Wakefield and seconded by Cllr John Wilks that the Clerk's Report be received and approved. RESOLVED unanimously.</w:t>
      </w:r>
    </w:p>
    <w:p w14:paraId="1BB22F8B" w14:textId="77777777" w:rsidR="001D151B" w:rsidRDefault="00000000">
      <w:pPr>
        <w:spacing w:before="120" w:after="40"/>
      </w:pPr>
      <w:r>
        <w:rPr>
          <w:rFonts w:ascii="Arial" w:hAnsi="Arial"/>
          <w:b/>
        </w:rPr>
        <w:t>AGM26/06   MATTERS ARISING FROM THE MINUTES</w:t>
      </w:r>
    </w:p>
    <w:p w14:paraId="5D7E84AC" w14:textId="56BE594C" w:rsidR="00D140FE" w:rsidRDefault="00000000">
      <w:pPr>
        <w:spacing w:before="20" w:after="80"/>
        <w:ind w:left="567"/>
        <w:rPr>
          <w:rFonts w:ascii="Arial" w:hAnsi="Arial"/>
        </w:rPr>
      </w:pPr>
      <w:r>
        <w:rPr>
          <w:rFonts w:ascii="Arial" w:hAnsi="Arial"/>
        </w:rPr>
        <w:t>There were no matters arising not covered elsewhere on the agenda.</w:t>
      </w:r>
      <w:r>
        <w:rPr>
          <w:rFonts w:ascii="Arial" w:hAnsi="Arial"/>
        </w:rPr>
        <w:br/>
      </w:r>
      <w:r>
        <w:rPr>
          <w:rFonts w:ascii="Arial" w:hAnsi="Arial"/>
        </w:rPr>
        <w:br/>
        <w:t>The following additional matters were noted:</w:t>
      </w:r>
      <w:r>
        <w:rPr>
          <w:rFonts w:ascii="Arial" w:hAnsi="Arial"/>
        </w:rPr>
        <w:br/>
      </w:r>
      <w:r>
        <w:rPr>
          <w:rFonts w:ascii="Arial" w:hAnsi="Arial"/>
        </w:rPr>
        <w:lastRenderedPageBreak/>
        <w:t xml:space="preserve">  •  C</w:t>
      </w:r>
      <w:r w:rsidR="00D140FE">
        <w:rPr>
          <w:rFonts w:ascii="Arial" w:hAnsi="Arial"/>
        </w:rPr>
        <w:t xml:space="preserve">llr Saunders advised that the Council need to check with </w:t>
      </w:r>
      <w:r>
        <w:rPr>
          <w:rFonts w:ascii="Arial" w:hAnsi="Arial"/>
        </w:rPr>
        <w:t xml:space="preserve">Roger Flower </w:t>
      </w:r>
      <w:r w:rsidR="00D140FE">
        <w:rPr>
          <w:rFonts w:ascii="Arial" w:hAnsi="Arial"/>
        </w:rPr>
        <w:t>(</w:t>
      </w:r>
      <w:r w:rsidR="005A739E">
        <w:rPr>
          <w:rFonts w:ascii="Arial" w:hAnsi="Arial"/>
        </w:rPr>
        <w:t>Huntspill</w:t>
      </w:r>
      <w:r w:rsidR="00D140FE">
        <w:rPr>
          <w:rFonts w:ascii="Arial" w:hAnsi="Arial"/>
        </w:rPr>
        <w:t xml:space="preserve"> Model Railway) that all are D</w:t>
      </w:r>
      <w:r>
        <w:rPr>
          <w:rFonts w:ascii="Arial" w:hAnsi="Arial"/>
        </w:rPr>
        <w:t>BS check</w:t>
      </w:r>
      <w:r w:rsidR="00D140FE">
        <w:rPr>
          <w:rFonts w:ascii="Arial" w:hAnsi="Arial"/>
        </w:rPr>
        <w:t>ed</w:t>
      </w:r>
      <w:r>
        <w:rPr>
          <w:rFonts w:ascii="Arial" w:hAnsi="Arial"/>
        </w:rPr>
        <w:t xml:space="preserve"> and Safeguarding Policy</w:t>
      </w:r>
    </w:p>
    <w:p w14:paraId="1DD698BA" w14:textId="63021D87" w:rsidR="001D151B" w:rsidRDefault="00000000">
      <w:pPr>
        <w:spacing w:before="20" w:after="80"/>
        <w:ind w:left="567"/>
      </w:pPr>
      <w:r>
        <w:rPr>
          <w:rFonts w:ascii="Arial" w:hAnsi="Arial"/>
        </w:rPr>
        <w:t xml:space="preserve">  •  </w:t>
      </w:r>
      <w:r w:rsidR="00D140FE">
        <w:rPr>
          <w:rFonts w:ascii="Arial" w:hAnsi="Arial"/>
        </w:rPr>
        <w:t>Clerk to e</w:t>
      </w:r>
      <w:r>
        <w:rPr>
          <w:rFonts w:ascii="Arial" w:hAnsi="Arial"/>
        </w:rPr>
        <w:t xml:space="preserve">mail from Cllr Mark </w:t>
      </w:r>
      <w:r w:rsidR="005A739E">
        <w:rPr>
          <w:rFonts w:ascii="Arial" w:hAnsi="Arial"/>
        </w:rPr>
        <w:t>Healy regarding</w:t>
      </w:r>
      <w:r w:rsidR="00D140FE">
        <w:rPr>
          <w:rFonts w:ascii="Arial" w:hAnsi="Arial"/>
        </w:rPr>
        <w:t xml:space="preserve"> the update on the </w:t>
      </w:r>
      <w:r>
        <w:rPr>
          <w:rFonts w:ascii="Arial" w:hAnsi="Arial"/>
        </w:rPr>
        <w:t xml:space="preserve">wall on the A38 pushed over by a lorry (Homes in Somerset development). </w:t>
      </w:r>
      <w:r w:rsidR="00D140FE">
        <w:rPr>
          <w:rFonts w:ascii="Arial" w:hAnsi="Arial"/>
        </w:rPr>
        <w:t>Cones</w:t>
      </w:r>
      <w:r>
        <w:rPr>
          <w:rFonts w:ascii="Arial" w:hAnsi="Arial"/>
        </w:rPr>
        <w:t xml:space="preserve"> falling onto the A38. </w:t>
      </w:r>
    </w:p>
    <w:p w14:paraId="4CADD802" w14:textId="77777777" w:rsidR="001D151B" w:rsidRDefault="00000000">
      <w:pPr>
        <w:spacing w:before="120" w:after="40"/>
      </w:pPr>
      <w:r>
        <w:rPr>
          <w:rFonts w:ascii="Arial" w:hAnsi="Arial"/>
          <w:b/>
        </w:rPr>
        <w:t>AGM26/07   APPOINTMENT OF REPRESENTATIVES TO OUTSIDE BODIES AND WORKING GROUPS</w:t>
      </w:r>
    </w:p>
    <w:p w14:paraId="4444A6A8" w14:textId="76A05447" w:rsidR="001D151B" w:rsidRDefault="00000000">
      <w:pPr>
        <w:spacing w:before="20" w:after="80"/>
        <w:ind w:left="567"/>
      </w:pPr>
      <w:r>
        <w:rPr>
          <w:rFonts w:ascii="Arial" w:hAnsi="Arial"/>
        </w:rPr>
        <w:t>The Council appointed councillor representatives to outside bodies and working groups for the municipal year 2026/27 as follows:</w:t>
      </w:r>
      <w:r>
        <w:rPr>
          <w:rFonts w:ascii="Arial" w:hAnsi="Arial"/>
        </w:rPr>
        <w:br/>
      </w:r>
      <w:r>
        <w:rPr>
          <w:rFonts w:ascii="Arial" w:hAnsi="Arial"/>
        </w:rPr>
        <w:br/>
        <w:t xml:space="preserve">  •  Balliol Hall Management Committee:  No representative appointed at this time.</w:t>
      </w:r>
      <w:r>
        <w:rPr>
          <w:rFonts w:ascii="Arial" w:hAnsi="Arial"/>
        </w:rPr>
        <w:br/>
        <w:t xml:space="preserve">  •  Drainage Board:  Cllr Roger </w:t>
      </w:r>
      <w:r w:rsidR="00D140FE">
        <w:rPr>
          <w:rFonts w:ascii="Arial" w:hAnsi="Arial"/>
        </w:rPr>
        <w:t>Keen.</w:t>
      </w:r>
      <w:r>
        <w:rPr>
          <w:rFonts w:ascii="Arial" w:hAnsi="Arial"/>
        </w:rPr>
        <w:br/>
        <w:t xml:space="preserve">  •  Ilex Park:  Cllr Mark Saunders.</w:t>
      </w:r>
      <w:r>
        <w:rPr>
          <w:rFonts w:ascii="Arial" w:hAnsi="Arial"/>
        </w:rPr>
        <w:br/>
        <w:t xml:space="preserve">  •  Somerset Association of Local Councils (SALC):  </w:t>
      </w:r>
      <w:r w:rsidR="00D140FE">
        <w:rPr>
          <w:rFonts w:ascii="Arial" w:hAnsi="Arial"/>
        </w:rPr>
        <w:t xml:space="preserve">Mrs </w:t>
      </w:r>
      <w:r>
        <w:rPr>
          <w:rFonts w:ascii="Arial" w:hAnsi="Arial"/>
        </w:rPr>
        <w:t>Alex Harris and Cllr John Wakefield.</w:t>
      </w:r>
      <w:r>
        <w:rPr>
          <w:rFonts w:ascii="Arial" w:hAnsi="Arial"/>
        </w:rPr>
        <w:br/>
      </w:r>
      <w:r>
        <w:rPr>
          <w:rFonts w:ascii="Arial" w:hAnsi="Arial"/>
        </w:rPr>
        <w:br/>
        <w:t>RESOLVED unanimously.</w:t>
      </w:r>
    </w:p>
    <w:p w14:paraId="18BA6462" w14:textId="77777777" w:rsidR="001D151B" w:rsidRDefault="00000000">
      <w:pPr>
        <w:spacing w:before="120" w:after="40"/>
      </w:pPr>
      <w:r>
        <w:rPr>
          <w:rFonts w:ascii="Arial" w:hAnsi="Arial"/>
          <w:b/>
        </w:rPr>
        <w:t>AGM26/08   REVIEW OF STANDING ORDERS, FINANCIAL REGULATIONS AND COUNCIL POLICIES</w:t>
      </w:r>
    </w:p>
    <w:p w14:paraId="41A9C5EA" w14:textId="77777777" w:rsidR="001D151B" w:rsidRDefault="00000000">
      <w:pPr>
        <w:spacing w:before="20" w:after="80"/>
        <w:ind w:left="567"/>
      </w:pPr>
      <w:r>
        <w:rPr>
          <w:rFonts w:ascii="Arial" w:hAnsi="Arial"/>
        </w:rPr>
        <w:t>The Council reviewed and adopted the following documents for the municipal year 2026/27. It was noted that the Standing Orders were amended to change the regular meeting day from Monday to Tuesday. All documents were RESOLVED to be adopted unanimously:</w:t>
      </w:r>
      <w:r>
        <w:rPr>
          <w:rFonts w:ascii="Arial" w:hAnsi="Arial"/>
        </w:rPr>
        <w:br/>
      </w:r>
      <w:r>
        <w:rPr>
          <w:rFonts w:ascii="Arial" w:hAnsi="Arial"/>
        </w:rPr>
        <w:br/>
        <w:t xml:space="preserve">  •  Standing Orders (amended — meeting day changed from Monday to Tuesday)</w:t>
      </w:r>
      <w:r>
        <w:rPr>
          <w:rFonts w:ascii="Arial" w:hAnsi="Arial"/>
        </w:rPr>
        <w:br/>
        <w:t xml:space="preserve">  •  Financial Regulations</w:t>
      </w:r>
      <w:r>
        <w:rPr>
          <w:rFonts w:ascii="Arial" w:hAnsi="Arial"/>
        </w:rPr>
        <w:br/>
        <w:t xml:space="preserve">  •  Code of Conduct</w:t>
      </w:r>
      <w:r>
        <w:rPr>
          <w:rFonts w:ascii="Arial" w:hAnsi="Arial"/>
        </w:rPr>
        <w:br/>
        <w:t xml:space="preserve">  •  Complaints Policy</w:t>
      </w:r>
      <w:r>
        <w:rPr>
          <w:rFonts w:ascii="Arial" w:hAnsi="Arial"/>
        </w:rPr>
        <w:br/>
        <w:t xml:space="preserve">  •  GDPR and Data Protection Policies</w:t>
      </w:r>
      <w:r>
        <w:rPr>
          <w:rFonts w:ascii="Arial" w:hAnsi="Arial"/>
        </w:rPr>
        <w:br/>
        <w:t xml:space="preserve">  •  Media and Communications Policy</w:t>
      </w:r>
      <w:r>
        <w:rPr>
          <w:rFonts w:ascii="Arial" w:hAnsi="Arial"/>
        </w:rPr>
        <w:br/>
        <w:t xml:space="preserve">  •  Risk Assessment and Internal Controls</w:t>
      </w:r>
      <w:r>
        <w:rPr>
          <w:rFonts w:ascii="Arial" w:hAnsi="Arial"/>
        </w:rPr>
        <w:br/>
        <w:t xml:space="preserve">  •  Asset Register</w:t>
      </w:r>
    </w:p>
    <w:p w14:paraId="291A7255" w14:textId="77777777" w:rsidR="001D151B" w:rsidRDefault="00000000">
      <w:pPr>
        <w:spacing w:before="120" w:after="40"/>
      </w:pPr>
      <w:r>
        <w:rPr>
          <w:rFonts w:ascii="Arial" w:hAnsi="Arial"/>
          <w:b/>
        </w:rPr>
        <w:t>AGM26/09   REVIEW OF INSURANCE COVER</w:t>
      </w:r>
    </w:p>
    <w:p w14:paraId="76A0F5ED" w14:textId="0526C57E" w:rsidR="001D151B" w:rsidRDefault="00000000">
      <w:pPr>
        <w:spacing w:before="20" w:after="80"/>
        <w:ind w:left="567"/>
      </w:pPr>
      <w:r>
        <w:rPr>
          <w:rFonts w:ascii="Arial" w:hAnsi="Arial"/>
        </w:rPr>
        <w:t xml:space="preserve">The Council noted that a quote had been obtained from Clear Councils for the Council's insurance arrangements for 2026/27 </w:t>
      </w:r>
      <w:r w:rsidR="00D140FE">
        <w:rPr>
          <w:rFonts w:ascii="Arial" w:hAnsi="Arial"/>
        </w:rPr>
        <w:t>for</w:t>
      </w:r>
      <w:r>
        <w:rPr>
          <w:rFonts w:ascii="Arial" w:hAnsi="Arial"/>
        </w:rPr>
        <w:t xml:space="preserve"> </w:t>
      </w:r>
      <w:r w:rsidR="00D140FE">
        <w:rPr>
          <w:rFonts w:ascii="Arial" w:hAnsi="Arial"/>
        </w:rPr>
        <w:t>£1396.11</w:t>
      </w:r>
      <w:r>
        <w:rPr>
          <w:rFonts w:ascii="Arial" w:hAnsi="Arial"/>
        </w:rPr>
        <w:t xml:space="preserve">. It was RESOLVED to accept the quote. </w:t>
      </w:r>
    </w:p>
    <w:p w14:paraId="18077724" w14:textId="77777777" w:rsidR="001D151B" w:rsidRDefault="00000000">
      <w:pPr>
        <w:spacing w:before="120" w:after="40"/>
      </w:pPr>
      <w:r>
        <w:rPr>
          <w:rFonts w:ascii="Arial" w:hAnsi="Arial"/>
          <w:b/>
        </w:rPr>
        <w:t>AGM26/10   REVIEW OF BANK SIGNATORIES AND BANKING ARRANGEMENTS</w:t>
      </w:r>
    </w:p>
    <w:p w14:paraId="71726516" w14:textId="77777777" w:rsidR="001D151B" w:rsidRDefault="00000000">
      <w:pPr>
        <w:spacing w:before="20" w:after="80"/>
        <w:ind w:left="567"/>
      </w:pPr>
      <w:r>
        <w:rPr>
          <w:rFonts w:ascii="Arial" w:hAnsi="Arial"/>
        </w:rPr>
        <w:t>The Council reviewed and confirmed the authorised bank signatories and banking arrangements, including the use of debit cards. It was RESOLVED unanimously to approve the existing arrangements.</w:t>
      </w:r>
    </w:p>
    <w:p w14:paraId="4C9CE1FF" w14:textId="77777777" w:rsidR="001D151B" w:rsidRDefault="00000000">
      <w:pPr>
        <w:spacing w:before="120" w:after="40"/>
      </w:pPr>
      <w:r>
        <w:rPr>
          <w:rFonts w:ascii="Arial" w:hAnsi="Arial"/>
          <w:b/>
        </w:rPr>
        <w:t>AGM26/11   FIXING OF MEETING DATES FOR 2026/27</w:t>
      </w:r>
    </w:p>
    <w:p w14:paraId="7C7B9D18" w14:textId="0B961746" w:rsidR="00D140FE" w:rsidRDefault="00000000">
      <w:pPr>
        <w:spacing w:before="20" w:after="80"/>
        <w:ind w:left="567"/>
        <w:rPr>
          <w:rFonts w:ascii="Arial" w:hAnsi="Arial"/>
        </w:rPr>
      </w:pPr>
      <w:r>
        <w:rPr>
          <w:rFonts w:ascii="Arial" w:hAnsi="Arial"/>
        </w:rPr>
        <w:t xml:space="preserve">The Council agreed </w:t>
      </w:r>
      <w:r w:rsidR="00D140FE">
        <w:rPr>
          <w:rFonts w:ascii="Arial" w:hAnsi="Arial"/>
        </w:rPr>
        <w:t xml:space="preserve">on </w:t>
      </w:r>
      <w:r>
        <w:rPr>
          <w:rFonts w:ascii="Arial" w:hAnsi="Arial"/>
        </w:rPr>
        <w:t>the dates and times of Parish Council meetings for the municipal year 2026/27. Meetings will be held on Tuesdays at 7.00 pm at Balliol Hall, Church Road, West Huntspill, as follows:</w:t>
      </w:r>
      <w:r>
        <w:rPr>
          <w:rFonts w:ascii="Arial" w:hAnsi="Arial"/>
        </w:rPr>
        <w:br/>
      </w:r>
      <w:r>
        <w:rPr>
          <w:rFonts w:ascii="Arial" w:hAnsi="Arial"/>
        </w:rPr>
        <w:br/>
        <w:t xml:space="preserve">  •  June 2026 onwards: Tuesday meeting</w:t>
      </w:r>
    </w:p>
    <w:p w14:paraId="4B36EB79" w14:textId="604CC703" w:rsidR="00D140FE" w:rsidRDefault="00000000">
      <w:pPr>
        <w:spacing w:before="20" w:after="80"/>
        <w:ind w:left="567"/>
        <w:rPr>
          <w:rFonts w:ascii="Arial" w:hAnsi="Arial"/>
        </w:rPr>
      </w:pPr>
      <w:r>
        <w:rPr>
          <w:rFonts w:ascii="Arial" w:hAnsi="Arial"/>
        </w:rPr>
        <w:lastRenderedPageBreak/>
        <w:t xml:space="preserve">  •  August 2026: No meeting.</w:t>
      </w:r>
      <w:r>
        <w:rPr>
          <w:rFonts w:ascii="Arial" w:hAnsi="Arial"/>
        </w:rPr>
        <w:br/>
        <w:t xml:space="preserve">  •  September 2026 onwards: Tuesday meetings continuing.</w:t>
      </w:r>
      <w:r w:rsidR="00D140FE">
        <w:rPr>
          <w:rFonts w:ascii="Arial" w:hAnsi="Arial"/>
        </w:rPr>
        <w:t xml:space="preserve"> From October to March, the meetings will be held at the Huntspill Cricket Pavilion as the Balliol Hall will be unavailable.</w:t>
      </w:r>
    </w:p>
    <w:p w14:paraId="3996C7C8" w14:textId="3D0F68AD" w:rsidR="001D151B" w:rsidRDefault="00000000" w:rsidP="00D140FE">
      <w:pPr>
        <w:pStyle w:val="ListParagraph"/>
        <w:spacing w:before="20" w:after="80"/>
        <w:ind w:left="1287"/>
      </w:pPr>
      <w:r w:rsidRPr="00D140FE">
        <w:rPr>
          <w:rFonts w:ascii="Arial" w:hAnsi="Arial"/>
        </w:rPr>
        <w:br/>
        <w:t>RESOLVED unanimously.</w:t>
      </w:r>
      <w:r w:rsidRPr="00D140FE">
        <w:rPr>
          <w:rFonts w:ascii="Arial" w:hAnsi="Arial"/>
        </w:rPr>
        <w:br/>
      </w:r>
    </w:p>
    <w:p w14:paraId="687B1CD2" w14:textId="77777777" w:rsidR="001D151B" w:rsidRDefault="00000000">
      <w:pPr>
        <w:spacing w:before="120" w:after="40"/>
      </w:pPr>
      <w:r>
        <w:rPr>
          <w:rFonts w:ascii="Arial" w:hAnsi="Arial"/>
          <w:b/>
        </w:rPr>
        <w:t>AGM26/12   PUBLIC PARTICIPATION (AT THE CHAIRMAN'S DISCRETION)</w:t>
      </w:r>
    </w:p>
    <w:p w14:paraId="4C95F488" w14:textId="1855FE3F" w:rsidR="00D140FE" w:rsidRDefault="00000000">
      <w:pPr>
        <w:spacing w:before="20" w:after="80"/>
        <w:ind w:left="567"/>
        <w:rPr>
          <w:rFonts w:ascii="Arial" w:hAnsi="Arial"/>
        </w:rPr>
      </w:pPr>
      <w:r>
        <w:rPr>
          <w:rFonts w:ascii="Arial" w:hAnsi="Arial"/>
        </w:rPr>
        <w:t>The Chairman invited members of the public to speak.</w:t>
      </w:r>
      <w:r>
        <w:rPr>
          <w:rFonts w:ascii="Arial" w:hAnsi="Arial"/>
        </w:rPr>
        <w:br/>
      </w:r>
      <w:r>
        <w:rPr>
          <w:rFonts w:ascii="Arial" w:hAnsi="Arial"/>
        </w:rPr>
        <w:br/>
      </w:r>
      <w:r w:rsidR="00D140FE">
        <w:rPr>
          <w:rFonts w:ascii="Arial" w:hAnsi="Arial"/>
        </w:rPr>
        <w:t xml:space="preserve">Mr </w:t>
      </w:r>
      <w:r>
        <w:rPr>
          <w:rFonts w:ascii="Arial" w:hAnsi="Arial"/>
        </w:rPr>
        <w:t>Roger Flower provided an update on the Model Railway and the water leak at the War Memorial Ground:</w:t>
      </w:r>
      <w:r>
        <w:rPr>
          <w:rFonts w:ascii="Arial" w:hAnsi="Arial"/>
        </w:rPr>
        <w:br/>
        <w:t xml:space="preserve">  •  A separate water meter had been installed and localised.</w:t>
      </w:r>
      <w:r>
        <w:rPr>
          <w:rFonts w:ascii="Arial" w:hAnsi="Arial"/>
        </w:rPr>
        <w:br/>
        <w:t xml:space="preserve">  •  The water supply is now switched off when not in use.</w:t>
      </w:r>
      <w:r>
        <w:rPr>
          <w:rFonts w:ascii="Arial" w:hAnsi="Arial"/>
        </w:rPr>
        <w:br/>
        <w:t xml:space="preserve">  •  No leaks have been found so far.</w:t>
      </w:r>
      <w:r>
        <w:rPr>
          <w:rFonts w:ascii="Arial" w:hAnsi="Arial"/>
        </w:rPr>
        <w:br/>
        <w:t xml:space="preserve">  •  A possible leak in a plastic pipe under </w:t>
      </w:r>
      <w:r w:rsidR="00D140FE">
        <w:rPr>
          <w:rFonts w:ascii="Arial" w:hAnsi="Arial"/>
        </w:rPr>
        <w:t>the new car park</w:t>
      </w:r>
      <w:r>
        <w:rPr>
          <w:rFonts w:ascii="Arial" w:hAnsi="Arial"/>
        </w:rPr>
        <w:t xml:space="preserve"> was identified.</w:t>
      </w:r>
      <w:r>
        <w:rPr>
          <w:rFonts w:ascii="Arial" w:hAnsi="Arial"/>
        </w:rPr>
        <w:br/>
        <w:t xml:space="preserve">  •  When the engineer returns, digger hire will be arranged and the repair carried out.</w:t>
      </w:r>
      <w:r>
        <w:rPr>
          <w:rFonts w:ascii="Arial" w:hAnsi="Arial"/>
        </w:rPr>
        <w:br/>
        <w:t xml:space="preserve">  •  An alternative option of running a new pipe alongside the existing one, rather than digging, was raised for consideration.</w:t>
      </w:r>
    </w:p>
    <w:p w14:paraId="560D83F9" w14:textId="228BF4C9" w:rsidR="001D151B" w:rsidRDefault="00D140FE">
      <w:pPr>
        <w:spacing w:before="20" w:after="80"/>
        <w:ind w:left="567"/>
      </w:pPr>
      <w:r w:rsidRPr="00D140FE">
        <w:rPr>
          <w:rFonts w:ascii="Arial" w:hAnsi="Arial"/>
        </w:rPr>
        <w:t xml:space="preserve">The </w:t>
      </w:r>
      <w:r>
        <w:rPr>
          <w:rFonts w:ascii="Arial" w:hAnsi="Arial"/>
        </w:rPr>
        <w:t xml:space="preserve">railway </w:t>
      </w:r>
      <w:r w:rsidRPr="00D140FE">
        <w:rPr>
          <w:rFonts w:ascii="Arial" w:hAnsi="Arial"/>
        </w:rPr>
        <w:t>also noted that the children's party had been a great success, raising £135 over 3 hours. The Model Railway was reported as all going well; the Council may consider moving to once per month rather than weekly sessions.</w:t>
      </w:r>
      <w:r w:rsidR="00000000">
        <w:rPr>
          <w:rFonts w:ascii="Arial" w:hAnsi="Arial"/>
        </w:rPr>
        <w:br/>
      </w:r>
      <w:r w:rsidR="00000000">
        <w:rPr>
          <w:rFonts w:ascii="Arial" w:hAnsi="Arial"/>
        </w:rPr>
        <w:br/>
        <w:t>The Council noted the update. Further action at item 15.</w:t>
      </w:r>
    </w:p>
    <w:p w14:paraId="5F8CBF92" w14:textId="77777777" w:rsidR="001D151B" w:rsidRDefault="00000000">
      <w:pPr>
        <w:spacing w:before="120" w:after="40"/>
      </w:pPr>
      <w:r>
        <w:rPr>
          <w:rFonts w:ascii="Arial" w:hAnsi="Arial"/>
          <w:b/>
        </w:rPr>
        <w:t>AGM26/13   REPORT FROM SOMERSET COUNCILLORS — PARISH COUNCIL BUSINESS</w:t>
      </w:r>
    </w:p>
    <w:p w14:paraId="359E3542" w14:textId="77777777" w:rsidR="001D151B" w:rsidRDefault="00000000">
      <w:pPr>
        <w:spacing w:before="20" w:after="80"/>
        <w:ind w:left="567"/>
      </w:pPr>
      <w:r>
        <w:rPr>
          <w:rFonts w:ascii="Arial" w:hAnsi="Arial"/>
        </w:rPr>
        <w:t>Cllr Mark Healy provided his monthly report. The Council noted the following:</w:t>
      </w:r>
      <w:r>
        <w:rPr>
          <w:rFonts w:ascii="Arial" w:hAnsi="Arial"/>
        </w:rPr>
        <w:br/>
        <w:t xml:space="preserve">  •  Approximately £40m has been spent by Somerset Council on consultants for administration.</w:t>
      </w:r>
      <w:r>
        <w:rPr>
          <w:rFonts w:ascii="Arial" w:hAnsi="Arial"/>
        </w:rPr>
        <w:br/>
        <w:t xml:space="preserve">  •  Two concerns raised at the Somerset Council Executive: access to council/community services, and an unspecified further matter.</w:t>
      </w:r>
      <w:r>
        <w:rPr>
          <w:rFonts w:ascii="Arial" w:hAnsi="Arial"/>
        </w:rPr>
        <w:br/>
        <w:t xml:space="preserve">  •  Pot holes: condition described as poor.</w:t>
      </w:r>
      <w:r>
        <w:rPr>
          <w:rFonts w:ascii="Arial" w:hAnsi="Arial"/>
        </w:rPr>
        <w:br/>
        <w:t xml:space="preserve">  •  Planning: significant length of time being taken; applications waiting for approval.</w:t>
      </w:r>
    </w:p>
    <w:p w14:paraId="116DEA10" w14:textId="77777777" w:rsidR="001D151B" w:rsidRDefault="00000000">
      <w:pPr>
        <w:spacing w:before="120" w:after="40"/>
      </w:pPr>
      <w:r>
        <w:rPr>
          <w:rFonts w:ascii="Arial" w:hAnsi="Arial"/>
          <w:b/>
        </w:rPr>
        <w:t>AGM26/14   PLANNING</w:t>
      </w:r>
    </w:p>
    <w:p w14:paraId="40B92D6C" w14:textId="2D91D0C7" w:rsidR="001D151B" w:rsidRDefault="00000000">
      <w:pPr>
        <w:spacing w:before="20" w:after="80"/>
        <w:ind w:left="567"/>
        <w:rPr>
          <w:rFonts w:ascii="Arial" w:hAnsi="Arial"/>
        </w:rPr>
      </w:pPr>
      <w:r w:rsidRPr="005A739E">
        <w:rPr>
          <w:rFonts w:ascii="Arial" w:hAnsi="Arial"/>
          <w:b/>
          <w:bCs/>
        </w:rPr>
        <w:t>Planning application 3a — 102 Main Road</w:t>
      </w:r>
      <w:r>
        <w:rPr>
          <w:rFonts w:ascii="Arial" w:hAnsi="Arial"/>
        </w:rPr>
        <w:t>: The Council considered the application and resolved to make no observations.</w:t>
      </w:r>
      <w:r>
        <w:rPr>
          <w:rFonts w:ascii="Arial" w:hAnsi="Arial"/>
        </w:rPr>
        <w:br/>
      </w:r>
      <w:r>
        <w:rPr>
          <w:rFonts w:ascii="Arial" w:hAnsi="Arial"/>
        </w:rPr>
        <w:br/>
      </w:r>
      <w:r w:rsidRPr="005A739E">
        <w:rPr>
          <w:rFonts w:ascii="Arial" w:hAnsi="Arial"/>
          <w:b/>
          <w:bCs/>
        </w:rPr>
        <w:t>New Road Development — Land opposite Sundowner</w:t>
      </w:r>
      <w:r>
        <w:rPr>
          <w:rFonts w:ascii="Arial" w:hAnsi="Arial"/>
        </w:rPr>
        <w:t xml:space="preserve">: The Council noted that no building work has started </w:t>
      </w:r>
      <w:r w:rsidR="005A739E">
        <w:rPr>
          <w:rFonts w:ascii="Arial" w:hAnsi="Arial"/>
        </w:rPr>
        <w:t>yet</w:t>
      </w:r>
      <w:r>
        <w:rPr>
          <w:rFonts w:ascii="Arial" w:hAnsi="Arial"/>
        </w:rPr>
        <w:t>. Concern was expressed that the developer may be running out of time within the planning permission time limit. The Clerk to monitor the clock/time limit for this permission.</w:t>
      </w:r>
      <w:r>
        <w:rPr>
          <w:rFonts w:ascii="Arial" w:hAnsi="Arial"/>
        </w:rPr>
        <w:br/>
      </w:r>
      <w:r>
        <w:rPr>
          <w:rFonts w:ascii="Arial" w:hAnsi="Arial"/>
        </w:rPr>
        <w:br/>
      </w:r>
      <w:r w:rsidRPr="005A739E">
        <w:rPr>
          <w:rFonts w:ascii="Arial" w:hAnsi="Arial"/>
          <w:b/>
          <w:bCs/>
        </w:rPr>
        <w:t>Brue Farm Development</w:t>
      </w:r>
      <w:r>
        <w:rPr>
          <w:rFonts w:ascii="Arial" w:hAnsi="Arial"/>
        </w:rPr>
        <w:t>: No update at this meeting.</w:t>
      </w:r>
    </w:p>
    <w:p w14:paraId="6CAE5D94" w14:textId="77777777" w:rsidR="005A739E" w:rsidRDefault="005A739E">
      <w:pPr>
        <w:spacing w:before="20" w:after="80"/>
        <w:ind w:left="567"/>
      </w:pPr>
    </w:p>
    <w:p w14:paraId="2200BC3A" w14:textId="77777777" w:rsidR="005A739E" w:rsidRDefault="005A739E">
      <w:pPr>
        <w:spacing w:before="20" w:after="80"/>
        <w:ind w:left="567"/>
      </w:pPr>
    </w:p>
    <w:p w14:paraId="1B105843" w14:textId="77777777" w:rsidR="001D151B" w:rsidRDefault="00000000">
      <w:pPr>
        <w:spacing w:before="120" w:after="40"/>
      </w:pPr>
      <w:r>
        <w:rPr>
          <w:rFonts w:ascii="Arial" w:hAnsi="Arial"/>
          <w:b/>
        </w:rPr>
        <w:lastRenderedPageBreak/>
        <w:t>AGM26/15   WAR MEMORIAL GROUND AND CRICKET CLUB</w:t>
      </w:r>
    </w:p>
    <w:p w14:paraId="5D16B584" w14:textId="77777777" w:rsidR="001D151B" w:rsidRDefault="00000000">
      <w:pPr>
        <w:spacing w:before="20" w:after="80"/>
        <w:ind w:left="567"/>
      </w:pPr>
      <w:r>
        <w:rPr>
          <w:rFonts w:ascii="Arial" w:hAnsi="Arial"/>
        </w:rPr>
        <w:t>Water Leak Update: Noted — see public participation report under AGM26/12.</w:t>
      </w:r>
      <w:r>
        <w:rPr>
          <w:rFonts w:ascii="Arial" w:hAnsi="Arial"/>
        </w:rPr>
        <w:br/>
      </w:r>
      <w:r>
        <w:rPr>
          <w:rFonts w:ascii="Arial" w:hAnsi="Arial"/>
        </w:rPr>
        <w:br/>
        <w:t>Railway Track: No issues to report.</w:t>
      </w:r>
      <w:r>
        <w:rPr>
          <w:rFonts w:ascii="Arial" w:hAnsi="Arial"/>
        </w:rPr>
        <w:br/>
      </w:r>
      <w:r>
        <w:rPr>
          <w:rFonts w:ascii="Arial" w:hAnsi="Arial"/>
        </w:rPr>
        <w:br/>
        <w:t>Pavilion Matters and Maintenance: None reported.</w:t>
      </w:r>
    </w:p>
    <w:p w14:paraId="4B3E651D" w14:textId="77777777" w:rsidR="001D151B" w:rsidRDefault="00000000">
      <w:pPr>
        <w:spacing w:before="120" w:after="40"/>
      </w:pPr>
      <w:r>
        <w:rPr>
          <w:rFonts w:ascii="Arial" w:hAnsi="Arial"/>
          <w:b/>
        </w:rPr>
        <w:t>AGM26/16   ILEX PARK</w:t>
      </w:r>
    </w:p>
    <w:p w14:paraId="33B9F369" w14:textId="6C96FC7D" w:rsidR="001D151B" w:rsidRDefault="00000000">
      <w:pPr>
        <w:spacing w:before="20" w:after="80"/>
        <w:ind w:left="567"/>
      </w:pPr>
      <w:r>
        <w:rPr>
          <w:rFonts w:ascii="Arial" w:hAnsi="Arial"/>
        </w:rPr>
        <w:t>The Council noted the following in respect of Ilex Park:</w:t>
      </w:r>
      <w:r>
        <w:rPr>
          <w:rFonts w:ascii="Arial" w:hAnsi="Arial"/>
        </w:rPr>
        <w:br/>
        <w:t xml:space="preserve">  •  Tree removal at 99–100 Ringstone: Quote received. A dead tree to be removed — contractor Mark </w:t>
      </w:r>
      <w:r w:rsidR="005A739E">
        <w:rPr>
          <w:rFonts w:ascii="Arial" w:hAnsi="Arial"/>
        </w:rPr>
        <w:t xml:space="preserve">Fiddes </w:t>
      </w:r>
      <w:r>
        <w:rPr>
          <w:rFonts w:ascii="Arial" w:hAnsi="Arial"/>
        </w:rPr>
        <w:t>instructed.</w:t>
      </w:r>
      <w:r>
        <w:rPr>
          <w:rFonts w:ascii="Arial" w:hAnsi="Arial"/>
        </w:rPr>
        <w:br/>
        <w:t xml:space="preserve">  </w:t>
      </w:r>
      <w:r>
        <w:rPr>
          <w:rFonts w:ascii="Arial" w:hAnsi="Arial"/>
        </w:rPr>
        <w:br/>
        <w:t xml:space="preserve">  </w:t>
      </w:r>
      <w:r w:rsidR="005A739E">
        <w:rPr>
          <w:rFonts w:ascii="Arial" w:hAnsi="Arial"/>
        </w:rPr>
        <w:t>• No</w:t>
      </w:r>
      <w:r>
        <w:rPr>
          <w:rFonts w:ascii="Arial" w:hAnsi="Arial"/>
        </w:rPr>
        <w:t xml:space="preserve"> inspection</w:t>
      </w:r>
      <w:r w:rsidR="005A739E">
        <w:rPr>
          <w:rFonts w:ascii="Arial" w:hAnsi="Arial"/>
        </w:rPr>
        <w:t xml:space="preserve"> date yet. Clerk will contact GB Leisure.</w:t>
      </w:r>
      <w:r>
        <w:rPr>
          <w:rFonts w:ascii="Arial" w:hAnsi="Arial"/>
        </w:rPr>
        <w:br/>
      </w:r>
      <w:r>
        <w:rPr>
          <w:rFonts w:ascii="Arial" w:hAnsi="Arial"/>
        </w:rPr>
        <w:br/>
        <w:t>RESOLVED to proceed with removal of the dead tree.</w:t>
      </w:r>
    </w:p>
    <w:p w14:paraId="7FBBCFDE" w14:textId="77777777" w:rsidR="001D151B" w:rsidRDefault="00000000">
      <w:pPr>
        <w:spacing w:before="120" w:after="40"/>
      </w:pPr>
      <w:r>
        <w:rPr>
          <w:rFonts w:ascii="Arial" w:hAnsi="Arial"/>
          <w:b/>
        </w:rPr>
        <w:t>AGM26/17   ALLOTMENTS</w:t>
      </w:r>
    </w:p>
    <w:p w14:paraId="632277D9" w14:textId="77777777" w:rsidR="001D151B" w:rsidRDefault="00000000">
      <w:pPr>
        <w:spacing w:before="20" w:after="80"/>
        <w:ind w:left="567"/>
      </w:pPr>
      <w:r>
        <w:rPr>
          <w:rFonts w:ascii="Arial" w:hAnsi="Arial"/>
        </w:rPr>
        <w:t>Lease Agreements: The updated lease agreement with Steve Chick was deferred to the June 2026 meeting. The water supply to the allotments was also to be discussed at the June meeting.</w:t>
      </w:r>
    </w:p>
    <w:p w14:paraId="3C5CB7F1" w14:textId="77777777" w:rsidR="001D151B" w:rsidRDefault="00000000">
      <w:pPr>
        <w:spacing w:before="120" w:after="40"/>
      </w:pPr>
      <w:r>
        <w:rPr>
          <w:rFonts w:ascii="Arial" w:hAnsi="Arial"/>
          <w:b/>
        </w:rPr>
        <w:t>AGM26/18   COMMON, TREES, FOOTPATHS AND GREEN AREAS</w:t>
      </w:r>
    </w:p>
    <w:p w14:paraId="35179B9D" w14:textId="77777777" w:rsidR="005A739E" w:rsidRDefault="00000000">
      <w:pPr>
        <w:spacing w:before="20" w:after="80"/>
        <w:ind w:left="567"/>
        <w:rPr>
          <w:rFonts w:ascii="Arial" w:hAnsi="Arial"/>
        </w:rPr>
      </w:pPr>
      <w:r>
        <w:rPr>
          <w:rFonts w:ascii="Arial" w:hAnsi="Arial"/>
        </w:rPr>
        <w:t>The Council noted the following:</w:t>
      </w:r>
      <w:r>
        <w:rPr>
          <w:rFonts w:ascii="Arial" w:hAnsi="Arial"/>
        </w:rPr>
        <w:br/>
        <w:t xml:space="preserve">  •  Tree works: No urgent works identified.</w:t>
      </w:r>
      <w:r>
        <w:rPr>
          <w:rFonts w:ascii="Arial" w:hAnsi="Arial"/>
        </w:rPr>
        <w:br/>
        <w:t xml:space="preserve">  •  100 Ringstone: No update.</w:t>
      </w:r>
      <w:r>
        <w:rPr>
          <w:rFonts w:ascii="Arial" w:hAnsi="Arial"/>
        </w:rPr>
        <w:br/>
        <w:t xml:space="preserve">  •  Dead tree at Ilex: The Ilex tree has died. </w:t>
      </w:r>
    </w:p>
    <w:p w14:paraId="4C0978E8" w14:textId="416C4714" w:rsidR="001D151B" w:rsidRDefault="00000000">
      <w:pPr>
        <w:spacing w:before="20" w:after="80"/>
        <w:ind w:left="567"/>
      </w:pPr>
      <w:r>
        <w:rPr>
          <w:rFonts w:ascii="Arial" w:hAnsi="Arial"/>
        </w:rPr>
        <w:t>A replacement tree to be sourced f</w:t>
      </w:r>
      <w:r w:rsidR="005A739E">
        <w:rPr>
          <w:rFonts w:ascii="Arial" w:hAnsi="Arial"/>
        </w:rPr>
        <w:t xml:space="preserve">or entrance to </w:t>
      </w:r>
      <w:r>
        <w:rPr>
          <w:rFonts w:ascii="Arial" w:hAnsi="Arial"/>
        </w:rPr>
        <w:t>Cherry Tree Farm</w:t>
      </w:r>
      <w:r w:rsidR="005A739E">
        <w:rPr>
          <w:rFonts w:ascii="Arial" w:hAnsi="Arial"/>
        </w:rPr>
        <w:t xml:space="preserve"> as one tree has died. To be plan</w:t>
      </w:r>
      <w:r>
        <w:rPr>
          <w:rFonts w:ascii="Arial" w:hAnsi="Arial"/>
        </w:rPr>
        <w:t>ted in autumn.</w:t>
      </w:r>
    </w:p>
    <w:p w14:paraId="22704CC0" w14:textId="77777777" w:rsidR="001D151B" w:rsidRDefault="00000000">
      <w:pPr>
        <w:spacing w:before="120" w:after="40"/>
      </w:pPr>
      <w:r>
        <w:rPr>
          <w:rFonts w:ascii="Arial" w:hAnsi="Arial"/>
          <w:b/>
        </w:rPr>
        <w:t>AGM26/19   VILLAGE PLAN AND NEIGHBOURHOOD PLAN</w:t>
      </w:r>
    </w:p>
    <w:p w14:paraId="493D2DE0" w14:textId="6F5BE449" w:rsidR="001D151B" w:rsidRDefault="00000000">
      <w:pPr>
        <w:spacing w:before="20" w:after="80"/>
        <w:ind w:left="567"/>
      </w:pPr>
      <w:r>
        <w:rPr>
          <w:rFonts w:ascii="Arial" w:hAnsi="Arial"/>
        </w:rPr>
        <w:t>Cllr Ann Clapp reported that Lisa Rasch had been in contact. A Neighbourhood Plan meeting is scheduled for 20th May 2026 at 3.00 pm. A Somerset Council representative will attend. The working group comprises Cllr John Wakefield, Cllr John Wilks, and Cllr Ann Clapp.</w:t>
      </w:r>
      <w:r>
        <w:rPr>
          <w:rFonts w:ascii="Arial" w:hAnsi="Arial"/>
        </w:rPr>
        <w:br/>
      </w:r>
      <w:r>
        <w:rPr>
          <w:rFonts w:ascii="Arial" w:hAnsi="Arial"/>
        </w:rPr>
        <w:br/>
        <w:t>The feasibility of producing a Neighbourhood Plan was discussed. The Council agreed to explore this further.</w:t>
      </w:r>
    </w:p>
    <w:p w14:paraId="4B15D932" w14:textId="77777777" w:rsidR="001D151B" w:rsidRDefault="00000000">
      <w:pPr>
        <w:spacing w:before="120" w:after="40"/>
        <w:rPr>
          <w:rFonts w:ascii="Arial" w:hAnsi="Arial"/>
          <w:b/>
        </w:rPr>
      </w:pPr>
      <w:r>
        <w:rPr>
          <w:rFonts w:ascii="Arial" w:hAnsi="Arial"/>
          <w:b/>
        </w:rPr>
        <w:t>AGM26/20   HIGHWAYS AND LOCAL COMMUNITY NETWORK (LCN)</w:t>
      </w:r>
    </w:p>
    <w:p w14:paraId="4AB4A2CB" w14:textId="040B068E" w:rsidR="005A739E" w:rsidRDefault="005A739E">
      <w:pPr>
        <w:spacing w:before="120" w:after="40"/>
        <w:rPr>
          <w:rFonts w:ascii="Arial" w:hAnsi="Arial"/>
          <w:bCs/>
        </w:rPr>
      </w:pPr>
      <w:r>
        <w:rPr>
          <w:rFonts w:ascii="Arial" w:hAnsi="Arial"/>
          <w:bCs/>
        </w:rPr>
        <w:t>No updates.</w:t>
      </w:r>
    </w:p>
    <w:p w14:paraId="532990AF" w14:textId="77777777" w:rsidR="005A739E" w:rsidRPr="005A739E" w:rsidRDefault="005A739E">
      <w:pPr>
        <w:spacing w:before="120" w:after="40"/>
        <w:rPr>
          <w:bCs/>
        </w:rPr>
      </w:pPr>
    </w:p>
    <w:p w14:paraId="70D50871" w14:textId="77777777" w:rsidR="001D151B" w:rsidRDefault="00000000">
      <w:pPr>
        <w:spacing w:before="120" w:after="40"/>
      </w:pPr>
      <w:r>
        <w:rPr>
          <w:rFonts w:ascii="Arial" w:hAnsi="Arial"/>
          <w:b/>
        </w:rPr>
        <w:t>AGM26/21   PARISH PROJECTS</w:t>
      </w:r>
    </w:p>
    <w:p w14:paraId="74514339" w14:textId="43929E7D" w:rsidR="005A739E" w:rsidRPr="005A739E" w:rsidRDefault="00000000" w:rsidP="005A739E">
      <w:pPr>
        <w:spacing w:before="20" w:after="80"/>
        <w:ind w:left="567"/>
        <w:rPr>
          <w:rFonts w:ascii="Arial" w:hAnsi="Arial"/>
        </w:rPr>
      </w:pPr>
      <w:r>
        <w:rPr>
          <w:rFonts w:ascii="Arial" w:hAnsi="Arial"/>
        </w:rPr>
        <w:t>Clean September Sweep 2026: To be organised — details to follow.</w:t>
      </w:r>
      <w:r>
        <w:rPr>
          <w:rFonts w:ascii="Arial" w:hAnsi="Arial"/>
        </w:rPr>
        <w:br/>
      </w:r>
      <w:r>
        <w:rPr>
          <w:rFonts w:ascii="Arial" w:hAnsi="Arial"/>
        </w:rPr>
        <w:br/>
        <w:t>Art Trail: To be discussed at the next meeting.</w:t>
      </w:r>
      <w:r>
        <w:rPr>
          <w:rFonts w:ascii="Arial" w:hAnsi="Arial"/>
        </w:rPr>
        <w:br/>
      </w:r>
      <w:r>
        <w:rPr>
          <w:rFonts w:ascii="Arial" w:hAnsi="Arial"/>
        </w:rPr>
        <w:br/>
        <w:t xml:space="preserve">Summer Event — Village Picnic on the Common: Planned for the end of August / beginning of July. The event will run from 1.00 pm to 4.00 pm and will include music, </w:t>
      </w:r>
      <w:r>
        <w:rPr>
          <w:rFonts w:ascii="Arial" w:hAnsi="Arial"/>
        </w:rPr>
        <w:lastRenderedPageBreak/>
        <w:t>food, a bar, hay bales, and a local band. Gazebos, artefacts relating to Alstone and a marquee are also planned. A history event element is under consideration.</w:t>
      </w:r>
      <w:r>
        <w:rPr>
          <w:rFonts w:ascii="Arial" w:hAnsi="Arial"/>
        </w:rPr>
        <w:br/>
      </w:r>
      <w:r>
        <w:rPr>
          <w:rFonts w:ascii="Arial" w:hAnsi="Arial"/>
        </w:rPr>
        <w:br/>
      </w:r>
      <w:r w:rsidR="005A739E">
        <w:rPr>
          <w:rFonts w:ascii="Arial" w:hAnsi="Arial"/>
        </w:rPr>
        <w:t>Christmas Carol Concert:</w:t>
      </w:r>
      <w:r w:rsidR="005A739E">
        <w:rPr>
          <w:rFonts w:ascii="Arial" w:hAnsi="Arial"/>
        </w:rPr>
        <w:br/>
        <w:t xml:space="preserve">  •  Christmas carols event: 19th December, </w:t>
      </w:r>
      <w:r w:rsidR="005A739E">
        <w:rPr>
          <w:rFonts w:ascii="Arial" w:hAnsi="Arial"/>
        </w:rPr>
        <w:br/>
        <w:t xml:space="preserve">  •  Further planning for the Christmas event to continue at a future meeting.</w:t>
      </w:r>
    </w:p>
    <w:p w14:paraId="37B1C173" w14:textId="1E3A948F" w:rsidR="001D151B" w:rsidRDefault="00000000">
      <w:pPr>
        <w:spacing w:before="20" w:after="80"/>
        <w:ind w:left="567"/>
      </w:pPr>
      <w:r>
        <w:rPr>
          <w:rFonts w:ascii="Arial" w:hAnsi="Arial"/>
        </w:rPr>
        <w:t xml:space="preserve">Christmas Event: </w:t>
      </w:r>
      <w:r w:rsidR="005A739E">
        <w:rPr>
          <w:rFonts w:ascii="Arial" w:hAnsi="Arial"/>
        </w:rPr>
        <w:t xml:space="preserve">Rev </w:t>
      </w:r>
      <w:r>
        <w:rPr>
          <w:rFonts w:ascii="Arial" w:hAnsi="Arial"/>
        </w:rPr>
        <w:t>Chris to provide PA system</w:t>
      </w:r>
      <w:r w:rsidR="005A739E">
        <w:rPr>
          <w:rFonts w:ascii="Arial" w:hAnsi="Arial"/>
        </w:rPr>
        <w:t xml:space="preserve"> possibly.</w:t>
      </w:r>
      <w:r>
        <w:rPr>
          <w:rFonts w:ascii="Arial" w:hAnsi="Arial"/>
        </w:rPr>
        <w:br/>
      </w:r>
      <w:r>
        <w:rPr>
          <w:rFonts w:ascii="Arial" w:hAnsi="Arial"/>
        </w:rPr>
        <w:br/>
        <w:t>RESOLVED to proceed with planning for all the above events.</w:t>
      </w:r>
    </w:p>
    <w:p w14:paraId="39572FEB" w14:textId="77777777" w:rsidR="001D151B" w:rsidRDefault="00000000">
      <w:pPr>
        <w:spacing w:before="120" w:after="40"/>
      </w:pPr>
      <w:r>
        <w:rPr>
          <w:rFonts w:ascii="Arial" w:hAnsi="Arial"/>
          <w:b/>
        </w:rPr>
        <w:t>AGM26/22   COMMUNITY INFRASTRUCTURE LEVY (CIL) — 5 YEAR SPENDING PLAN</w:t>
      </w:r>
    </w:p>
    <w:p w14:paraId="60D62DB9" w14:textId="77777777" w:rsidR="001D151B" w:rsidRDefault="00000000">
      <w:pPr>
        <w:spacing w:before="20" w:after="80"/>
        <w:ind w:left="567"/>
      </w:pPr>
      <w:r>
        <w:rPr>
          <w:rFonts w:ascii="Arial" w:hAnsi="Arial"/>
        </w:rPr>
        <w:t>The Council considered the following CIL projects:</w:t>
      </w:r>
      <w:r>
        <w:rPr>
          <w:rFonts w:ascii="Arial" w:hAnsi="Arial"/>
        </w:rPr>
        <w:br/>
      </w:r>
      <w:r>
        <w:rPr>
          <w:rFonts w:ascii="Arial" w:hAnsi="Arial"/>
        </w:rPr>
        <w:br/>
        <w:t xml:space="preserve">  •  New map of the Common (Spring 2026): Working group — Steve, Alan, Ann.</w:t>
      </w:r>
      <w:r>
        <w:rPr>
          <w:rFonts w:ascii="Arial" w:hAnsi="Arial"/>
        </w:rPr>
        <w:br/>
        <w:t xml:space="preserve">  •  A Frame signage: Working group — Steve, Alan, Ann.</w:t>
      </w:r>
      <w:r>
        <w:rPr>
          <w:rFonts w:ascii="Arial" w:hAnsi="Arial"/>
        </w:rPr>
        <w:br/>
        <w:t xml:space="preserve">  •  Notice boards at the Post Office and School: Cllr Mark Saunders to lead. Cllr Saunders to obtain cut copies.</w:t>
      </w:r>
      <w:r>
        <w:rPr>
          <w:rFonts w:ascii="Arial" w:hAnsi="Arial"/>
        </w:rPr>
        <w:br/>
        <w:t xml:space="preserve">  •  Union flag (5ft x 3ft / UK flags): Noted.</w:t>
      </w:r>
      <w:r>
        <w:rPr>
          <w:rFonts w:ascii="Arial" w:hAnsi="Arial"/>
        </w:rPr>
        <w:br/>
        <w:t xml:space="preserve">  •  Fitness equipment at the War Memorial Playing Field: Deferred — to be revisited via the Neighbourhood Plan CIL process.</w:t>
      </w:r>
      <w:r>
        <w:rPr>
          <w:rFonts w:ascii="Arial" w:hAnsi="Arial"/>
        </w:rPr>
        <w:br/>
      </w:r>
      <w:r>
        <w:rPr>
          <w:rFonts w:ascii="Arial" w:hAnsi="Arial"/>
        </w:rPr>
        <w:br/>
        <w:t>RESOLVED to progress the above projects as noted.</w:t>
      </w:r>
    </w:p>
    <w:p w14:paraId="13A50CDE" w14:textId="77777777" w:rsidR="001D151B" w:rsidRDefault="00000000">
      <w:pPr>
        <w:spacing w:before="120" w:after="40"/>
      </w:pPr>
      <w:r>
        <w:rPr>
          <w:rFonts w:ascii="Arial" w:hAnsi="Arial"/>
          <w:b/>
        </w:rPr>
        <w:t>AGM26/23   UPDATES ON ISSUES AND DEVELOPMENTS</w:t>
      </w:r>
    </w:p>
    <w:p w14:paraId="3DEB6163" w14:textId="2FC12DBA" w:rsidR="001D151B" w:rsidRDefault="00000000">
      <w:pPr>
        <w:spacing w:before="20" w:after="80"/>
        <w:ind w:left="567"/>
      </w:pPr>
      <w:r>
        <w:rPr>
          <w:rFonts w:ascii="Arial" w:hAnsi="Arial"/>
        </w:rPr>
        <w:t xml:space="preserve">Alstone: </w:t>
      </w:r>
      <w:r w:rsidR="005A739E">
        <w:rPr>
          <w:rFonts w:ascii="Arial" w:hAnsi="Arial"/>
        </w:rPr>
        <w:t>Wessex Water have completed works.</w:t>
      </w:r>
      <w:r>
        <w:rPr>
          <w:rFonts w:ascii="Arial" w:hAnsi="Arial"/>
        </w:rPr>
        <w:br/>
      </w:r>
      <w:r>
        <w:rPr>
          <w:rFonts w:ascii="Arial" w:hAnsi="Arial"/>
        </w:rPr>
        <w:br/>
        <w:t>Main Road: Nothing to report. The wall on the A38 (see item 6) was noted.</w:t>
      </w:r>
      <w:r>
        <w:rPr>
          <w:rFonts w:ascii="Arial" w:hAnsi="Arial"/>
        </w:rPr>
        <w:br/>
      </w:r>
      <w:r>
        <w:rPr>
          <w:rFonts w:ascii="Arial" w:hAnsi="Arial"/>
        </w:rPr>
        <w:br/>
        <w:t>Church Road: A large pothole near the Vicarage caravan entrance was reported</w:t>
      </w:r>
      <w:r w:rsidR="005A739E">
        <w:rPr>
          <w:rFonts w:ascii="Arial" w:hAnsi="Arial"/>
        </w:rPr>
        <w:t>,</w:t>
      </w:r>
      <w:r>
        <w:rPr>
          <w:rFonts w:ascii="Arial" w:hAnsi="Arial"/>
        </w:rPr>
        <w:t xml:space="preserve"> described as very deep. The Vicarage drain has been reported to the relevant authority but has not been fixed. The Clerk to follow up.</w:t>
      </w:r>
      <w:r>
        <w:rPr>
          <w:rFonts w:ascii="Arial" w:hAnsi="Arial"/>
        </w:rPr>
        <w:br/>
      </w:r>
      <w:r>
        <w:rPr>
          <w:rFonts w:ascii="Arial" w:hAnsi="Arial"/>
        </w:rPr>
        <w:br/>
        <w:t xml:space="preserve">New Road / Ringstone: The caravan has been removed. The surrounding area is being cleaned up. A skip </w:t>
      </w:r>
      <w:r w:rsidR="005A739E">
        <w:rPr>
          <w:rFonts w:ascii="Arial" w:hAnsi="Arial"/>
        </w:rPr>
        <w:t xml:space="preserve">was previously </w:t>
      </w:r>
      <w:r>
        <w:rPr>
          <w:rFonts w:ascii="Arial" w:hAnsi="Arial"/>
        </w:rPr>
        <w:t>arranged via Homes in Somerset</w:t>
      </w:r>
      <w:r w:rsidR="005A739E">
        <w:rPr>
          <w:rFonts w:ascii="Arial" w:hAnsi="Arial"/>
        </w:rPr>
        <w:t xml:space="preserve">, could this happen again? </w:t>
      </w:r>
    </w:p>
    <w:p w14:paraId="0A03EA69" w14:textId="77777777" w:rsidR="001D151B" w:rsidRDefault="00000000">
      <w:pPr>
        <w:spacing w:before="120" w:after="40"/>
      </w:pPr>
      <w:r>
        <w:rPr>
          <w:rFonts w:ascii="Arial" w:hAnsi="Arial"/>
          <w:b/>
        </w:rPr>
        <w:t>AGM26/24   FINANCE</w:t>
      </w:r>
    </w:p>
    <w:p w14:paraId="534470A5" w14:textId="6A5911AD" w:rsidR="001D151B" w:rsidRDefault="005A739E">
      <w:pPr>
        <w:spacing w:before="20" w:after="80"/>
        <w:ind w:left="567"/>
        <w:rPr>
          <w:rFonts w:ascii="Arial" w:hAnsi="Arial"/>
        </w:rPr>
      </w:pPr>
      <w:r>
        <w:rPr>
          <w:rFonts w:ascii="Arial" w:hAnsi="Arial"/>
        </w:rPr>
        <w:t>24.1 AGAR</w:t>
      </w:r>
      <w:r w:rsidR="00000000">
        <w:rPr>
          <w:rFonts w:ascii="Arial" w:hAnsi="Arial"/>
        </w:rPr>
        <w:t xml:space="preserve"> — Annual Governance Statement 2025/26: The Council considered and approved the Annual Governance Statement. RESOLVED: the Annual Governance Statement be approved and signed.</w:t>
      </w:r>
      <w:r w:rsidR="00000000">
        <w:rPr>
          <w:rFonts w:ascii="Arial" w:hAnsi="Arial"/>
        </w:rPr>
        <w:br/>
      </w:r>
      <w:r w:rsidR="00000000">
        <w:rPr>
          <w:rFonts w:ascii="Arial" w:hAnsi="Arial"/>
        </w:rPr>
        <w:br/>
        <w:t>24.2  AGAR — Accounting Statements 2025/26: The Council considered and approved the Accounting Statements for 2025/26. RESOLVED: the Accounting Statements be approved and signed.</w:t>
      </w:r>
      <w:r w:rsidR="00000000">
        <w:rPr>
          <w:rFonts w:ascii="Arial" w:hAnsi="Arial"/>
        </w:rPr>
        <w:br/>
      </w:r>
      <w:r w:rsidR="00000000">
        <w:rPr>
          <w:rFonts w:ascii="Arial" w:hAnsi="Arial"/>
        </w:rPr>
        <w:br/>
        <w:t>Parish Online subscription: The Council noted a proposal from Assertion 10 for a Parish Online subscription at £400 per annum (first year: £300, with a £100 discount). The Council RESOLVED to approve the subscription.</w:t>
      </w:r>
      <w:r w:rsidR="00000000">
        <w:rPr>
          <w:rFonts w:ascii="Arial" w:hAnsi="Arial"/>
        </w:rPr>
        <w:br/>
      </w:r>
      <w:r w:rsidR="00000000">
        <w:rPr>
          <w:rFonts w:ascii="Arial" w:hAnsi="Arial"/>
        </w:rPr>
        <w:lastRenderedPageBreak/>
        <w:br/>
      </w:r>
      <w:r>
        <w:rPr>
          <w:rFonts w:ascii="Arial" w:hAnsi="Arial"/>
        </w:rPr>
        <w:t>Payments were circulated and all agreed.</w:t>
      </w:r>
    </w:p>
    <w:p w14:paraId="5EB6CF0B" w14:textId="77777777" w:rsidR="005A739E" w:rsidRDefault="005A739E">
      <w:pPr>
        <w:spacing w:before="20" w:after="80"/>
        <w:ind w:left="567"/>
      </w:pPr>
    </w:p>
    <w:p w14:paraId="03A2541E" w14:textId="77777777" w:rsidR="001D151B" w:rsidRDefault="00000000">
      <w:pPr>
        <w:spacing w:before="120" w:after="40"/>
      </w:pPr>
      <w:r>
        <w:rPr>
          <w:rFonts w:ascii="Arial" w:hAnsi="Arial"/>
          <w:b/>
        </w:rPr>
        <w:t>AGM26/25   CORRESPONDENCE</w:t>
      </w:r>
    </w:p>
    <w:p w14:paraId="0581C524" w14:textId="77777777" w:rsidR="001D151B" w:rsidRDefault="00000000">
      <w:pPr>
        <w:spacing w:before="20" w:after="80"/>
        <w:ind w:left="567"/>
      </w:pPr>
      <w:r>
        <w:rPr>
          <w:rFonts w:ascii="Arial" w:hAnsi="Arial"/>
        </w:rPr>
        <w:t>No correspondence was received for consideration at this meeting.</w:t>
      </w:r>
    </w:p>
    <w:p w14:paraId="5E749911" w14:textId="77777777" w:rsidR="001D151B" w:rsidRDefault="00000000">
      <w:pPr>
        <w:spacing w:before="120" w:after="40"/>
      </w:pPr>
      <w:r>
        <w:rPr>
          <w:rFonts w:ascii="Arial" w:hAnsi="Arial"/>
          <w:b/>
        </w:rPr>
        <w:t>AGM26/26   MATTERS RAISED BY COUNCILLORS / ITEMS FOR FUTURE AGENDA</w:t>
      </w:r>
    </w:p>
    <w:p w14:paraId="3A211AB6" w14:textId="235B24A7" w:rsidR="001D151B" w:rsidRDefault="00000000">
      <w:pPr>
        <w:spacing w:before="20" w:after="80"/>
        <w:ind w:left="567"/>
      </w:pPr>
      <w:r>
        <w:rPr>
          <w:rFonts w:ascii="Arial" w:hAnsi="Arial"/>
        </w:rPr>
        <w:t>No additional matters were raised. Items for the June 2026 agenda to include:</w:t>
      </w:r>
      <w:r>
        <w:rPr>
          <w:rFonts w:ascii="Arial" w:hAnsi="Arial"/>
        </w:rPr>
        <w:br/>
        <w:t xml:space="preserve">  •  Allotment lease agreement — Steve Chick</w:t>
      </w:r>
      <w:r>
        <w:rPr>
          <w:rFonts w:ascii="Arial" w:hAnsi="Arial"/>
        </w:rPr>
        <w:br/>
        <w:t xml:space="preserve">  •  Water supply to allotments</w:t>
      </w:r>
      <w:r>
        <w:rPr>
          <w:rFonts w:ascii="Arial" w:hAnsi="Arial"/>
        </w:rPr>
        <w:br/>
        <w:t xml:space="preserve">  •  Art Trail update</w:t>
      </w:r>
      <w:r>
        <w:rPr>
          <w:rFonts w:ascii="Arial" w:hAnsi="Arial"/>
        </w:rPr>
        <w:br/>
        <w:t xml:space="preserve">  </w:t>
      </w:r>
      <w:r w:rsidR="005A739E">
        <w:rPr>
          <w:rFonts w:ascii="Arial" w:hAnsi="Arial"/>
        </w:rPr>
        <w:t>Update from</w:t>
      </w:r>
      <w:r>
        <w:rPr>
          <w:rFonts w:ascii="Arial" w:hAnsi="Arial"/>
        </w:rPr>
        <w:t xml:space="preserve"> Neighbourhood Plan meeting on 20/05/26</w:t>
      </w:r>
    </w:p>
    <w:p w14:paraId="230A836C" w14:textId="77777777" w:rsidR="001D151B" w:rsidRDefault="00000000">
      <w:pPr>
        <w:spacing w:before="120" w:after="40"/>
      </w:pPr>
      <w:r>
        <w:rPr>
          <w:rFonts w:ascii="Arial" w:hAnsi="Arial"/>
          <w:b/>
        </w:rPr>
        <w:t>AGM26/27   DATE AND TIME OF NEXT MEETING</w:t>
      </w:r>
    </w:p>
    <w:p w14:paraId="65608EC3" w14:textId="77777777" w:rsidR="001D151B" w:rsidRDefault="00000000">
      <w:pPr>
        <w:spacing w:before="20" w:after="80"/>
        <w:ind w:left="567"/>
      </w:pPr>
      <w:r>
        <w:rPr>
          <w:rFonts w:ascii="Arial" w:hAnsi="Arial"/>
        </w:rPr>
        <w:t>It was noted that the next meeting of the Parish Council will be held on:</w:t>
      </w:r>
      <w:r>
        <w:rPr>
          <w:rFonts w:ascii="Arial" w:hAnsi="Arial"/>
        </w:rPr>
        <w:br/>
      </w:r>
      <w:r>
        <w:rPr>
          <w:rFonts w:ascii="Arial" w:hAnsi="Arial"/>
        </w:rPr>
        <w:br/>
        <w:t>Tuesday 9th June 2026 at 7.00 pm at Balliol Hall, Church Road, West Huntspill.</w:t>
      </w:r>
      <w:r>
        <w:rPr>
          <w:rFonts w:ascii="Arial" w:hAnsi="Arial"/>
        </w:rPr>
        <w:br/>
      </w:r>
      <w:r>
        <w:rPr>
          <w:rFonts w:ascii="Arial" w:hAnsi="Arial"/>
        </w:rPr>
        <w:br/>
        <w:t>(Note: The previously published date of Monday 8th June 2026 has been changed to Tuesday 9th June 2026 in line with the new meeting day agreed under AGM26/11.)</w:t>
      </w:r>
    </w:p>
    <w:p w14:paraId="4451C873" w14:textId="77777777" w:rsidR="001D151B" w:rsidRDefault="001D151B">
      <w:pPr>
        <w:pBdr>
          <w:bottom w:val="single" w:sz="6" w:space="1" w:color="000000"/>
        </w:pBdr>
        <w:spacing w:before="40" w:after="40"/>
      </w:pPr>
    </w:p>
    <w:p w14:paraId="1083B60D" w14:textId="77777777" w:rsidR="001D151B" w:rsidRDefault="00000000">
      <w:pPr>
        <w:spacing w:before="160"/>
      </w:pPr>
      <w:r>
        <w:rPr>
          <w:rFonts w:ascii="Arial" w:hAnsi="Arial"/>
        </w:rPr>
        <w:t>There being no further business, the Chairman declared the meeting closed.</w:t>
      </w:r>
    </w:p>
    <w:p w14:paraId="27EBD522" w14:textId="77777777" w:rsidR="001D151B" w:rsidRDefault="00000000">
      <w:pPr>
        <w:spacing w:before="120" w:after="80"/>
      </w:pPr>
      <w:r>
        <w:rPr>
          <w:rFonts w:ascii="Arial" w:hAnsi="Arial"/>
        </w:rPr>
        <w:t>These minutes were confirmed as a true and accurate record of the meeting at the Parish Council meeting held on 9th June 2026.</w:t>
      </w:r>
      <w:r>
        <w:rPr>
          <w:rFonts w:ascii="Arial" w:hAnsi="Arial"/>
        </w:rPr>
        <w:br/>
      </w:r>
      <w:r>
        <w:rPr>
          <w:rFonts w:ascii="Arial" w:hAnsi="Arial"/>
        </w:rPr>
        <w:br/>
      </w:r>
      <w:r>
        <w:rPr>
          <w:rFonts w:ascii="Arial" w:hAnsi="Arial"/>
        </w:rPr>
        <w:br/>
        <w:t>Signed: _______________________________     Date: ______________________</w:t>
      </w:r>
      <w:r>
        <w:rPr>
          <w:rFonts w:ascii="Arial" w:hAnsi="Arial"/>
        </w:rPr>
        <w:br/>
      </w:r>
      <w:r>
        <w:rPr>
          <w:rFonts w:ascii="Arial" w:hAnsi="Arial"/>
        </w:rPr>
        <w:br/>
        <w:t>Chairman of West Huntspill Parish Council</w:t>
      </w:r>
    </w:p>
    <w:p w14:paraId="1D5C4CF9" w14:textId="687F5BAA" w:rsidR="001D151B" w:rsidRDefault="00000000">
      <w:pPr>
        <w:spacing w:before="200" w:after="40"/>
      </w:pPr>
      <w:r>
        <w:rPr>
          <w:rFonts w:ascii="Arial" w:hAnsi="Arial"/>
        </w:rPr>
        <w:t xml:space="preserve">Prepared by: </w:t>
      </w:r>
      <w:r w:rsidR="005A739E">
        <w:rPr>
          <w:rFonts w:ascii="Arial" w:hAnsi="Arial"/>
        </w:rPr>
        <w:t>Alex Harris</w:t>
      </w:r>
    </w:p>
    <w:sectPr w:rsidR="001D151B" w:rsidSect="00034616">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FF352C2"/>
    <w:multiLevelType w:val="hybridMultilevel"/>
    <w:tmpl w:val="37784F5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94007265">
    <w:abstractNumId w:val="8"/>
  </w:num>
  <w:num w:numId="2" w16cid:durableId="1707488711">
    <w:abstractNumId w:val="6"/>
  </w:num>
  <w:num w:numId="3" w16cid:durableId="659192454">
    <w:abstractNumId w:val="5"/>
  </w:num>
  <w:num w:numId="4" w16cid:durableId="1033461993">
    <w:abstractNumId w:val="4"/>
  </w:num>
  <w:num w:numId="5" w16cid:durableId="1223565155">
    <w:abstractNumId w:val="7"/>
  </w:num>
  <w:num w:numId="6" w16cid:durableId="275334252">
    <w:abstractNumId w:val="3"/>
  </w:num>
  <w:num w:numId="7" w16cid:durableId="1025986958">
    <w:abstractNumId w:val="2"/>
  </w:num>
  <w:num w:numId="8" w16cid:durableId="203103583">
    <w:abstractNumId w:val="1"/>
  </w:num>
  <w:num w:numId="9" w16cid:durableId="361516164">
    <w:abstractNumId w:val="0"/>
  </w:num>
  <w:num w:numId="10" w16cid:durableId="10121507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D151B"/>
    <w:rsid w:val="0029639D"/>
    <w:rsid w:val="00314667"/>
    <w:rsid w:val="00326F90"/>
    <w:rsid w:val="005A739E"/>
    <w:rsid w:val="008A1A8D"/>
    <w:rsid w:val="00AA1D8D"/>
    <w:rsid w:val="00B47730"/>
    <w:rsid w:val="00CB0664"/>
    <w:rsid w:val="00D140F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A71D14"/>
  <w14:defaultImageDpi w14:val="300"/>
  <w15:docId w15:val="{3EEFB86E-5774-D44D-9E20-1CF0DB7C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1751</Words>
  <Characters>9986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HARRIS, Alexandra (WINSCOMBE SURGERY)</cp:lastModifiedBy>
  <cp:revision>2</cp:revision>
  <dcterms:created xsi:type="dcterms:W3CDTF">2026-05-22T14:22:00Z</dcterms:created>
  <dcterms:modified xsi:type="dcterms:W3CDTF">2026-05-22T14:22:00Z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7e1abb4c252b47dfb12a991dc74bfb63fa3e2b526ee9c9cce8a2115913c95fd8</vt:lpwstr>
  </property>
</Properties>
</file>