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8DA894" w14:textId="77777777" w:rsidR="006316E0" w:rsidRDefault="00255881">
      <w:pPr>
        <w:spacing w:after="40"/>
        <w:jc w:val="center"/>
      </w:pPr>
      <w:r>
        <w:rPr>
          <w:b/>
          <w:sz w:val="32"/>
        </w:rPr>
        <w:t>WEST HUNTSPILL PARISH COUNCIL</w:t>
      </w:r>
    </w:p>
    <w:p w14:paraId="7C89282E" w14:textId="77777777" w:rsidR="006316E0" w:rsidRDefault="00255881">
      <w:pPr>
        <w:spacing w:after="40"/>
        <w:jc w:val="center"/>
      </w:pPr>
      <w:r>
        <w:rPr>
          <w:b/>
          <w:sz w:val="26"/>
        </w:rPr>
        <w:t>MINUTES OF THE PARISH COUNCIL MEETING</w:t>
      </w:r>
    </w:p>
    <w:p w14:paraId="34D75490" w14:textId="77777777" w:rsidR="006316E0" w:rsidRDefault="00255881">
      <w:pPr>
        <w:spacing w:after="40"/>
        <w:jc w:val="center"/>
      </w:pPr>
      <w:r>
        <w:t>Held on Tuesday, 14 July 2026 at 7.04 pm</w:t>
      </w:r>
    </w:p>
    <w:p w14:paraId="43D3E8B6" w14:textId="77777777" w:rsidR="006316E0" w:rsidRDefault="00255881">
      <w:pPr>
        <w:jc w:val="center"/>
      </w:pPr>
      <w:r>
        <w:t>Balliol Hall, Church Road, West Huntspill</w:t>
      </w:r>
    </w:p>
    <w:p w14:paraId="33936423" w14:textId="77777777" w:rsidR="006316E0" w:rsidRDefault="006316E0">
      <w:pPr>
        <w:pBdr>
          <w:bottom w:val="single" w:sz="6" w:space="1" w:color="000000"/>
        </w:pBdr>
        <w:spacing w:before="120" w:after="120"/>
      </w:pPr>
    </w:p>
    <w:p w14:paraId="38755A46" w14:textId="77777777" w:rsidR="006316E0" w:rsidRDefault="00255881">
      <w:pPr>
        <w:spacing w:after="60"/>
      </w:pPr>
      <w:r>
        <w:rPr>
          <w:b/>
        </w:rPr>
        <w:t>MEMBERS PRESENT</w:t>
      </w:r>
    </w:p>
    <w:tbl>
      <w:tblPr>
        <w:tblStyle w:val="TableGrid"/>
        <w:tblW w:w="0" w:type="auto"/>
        <w:tblLook w:val="04A0" w:firstRow="1" w:lastRow="0" w:firstColumn="1" w:lastColumn="0" w:noHBand="0" w:noVBand="1"/>
      </w:tblPr>
      <w:tblGrid>
        <w:gridCol w:w="4698"/>
        <w:gridCol w:w="4698"/>
      </w:tblGrid>
      <w:tr w:rsidR="006316E0" w14:paraId="2994D8E6" w14:textId="77777777">
        <w:tc>
          <w:tcPr>
            <w:tcW w:w="4703" w:type="dxa"/>
          </w:tcPr>
          <w:p w14:paraId="0914F4D1" w14:textId="77777777" w:rsidR="006316E0" w:rsidRDefault="00255881">
            <w:r>
              <w:t>Cllr Anne Clapp (Chair)</w:t>
            </w:r>
          </w:p>
        </w:tc>
        <w:tc>
          <w:tcPr>
            <w:tcW w:w="4703" w:type="dxa"/>
          </w:tcPr>
          <w:p w14:paraId="0400B10C" w14:textId="77777777" w:rsidR="006316E0" w:rsidRDefault="00255881">
            <w:r>
              <w:t>Cllr Mark Saunders</w:t>
            </w:r>
          </w:p>
        </w:tc>
      </w:tr>
      <w:tr w:rsidR="006316E0" w14:paraId="557CDC6D" w14:textId="77777777">
        <w:tc>
          <w:tcPr>
            <w:tcW w:w="4703" w:type="dxa"/>
          </w:tcPr>
          <w:p w14:paraId="4E51CA98" w14:textId="77777777" w:rsidR="006316E0" w:rsidRDefault="00255881">
            <w:r>
              <w:t>Cllr John Wilks</w:t>
            </w:r>
          </w:p>
        </w:tc>
        <w:tc>
          <w:tcPr>
            <w:tcW w:w="4703" w:type="dxa"/>
          </w:tcPr>
          <w:p w14:paraId="32D5F74C" w14:textId="77777777" w:rsidR="006316E0" w:rsidRDefault="006316E0"/>
        </w:tc>
      </w:tr>
    </w:tbl>
    <w:p w14:paraId="322115D1" w14:textId="77777777" w:rsidR="006316E0" w:rsidRDefault="006316E0"/>
    <w:p w14:paraId="3A4ED30F" w14:textId="77777777" w:rsidR="006316E0" w:rsidRDefault="00255881">
      <w:pPr>
        <w:spacing w:after="60"/>
      </w:pPr>
      <w:r>
        <w:rPr>
          <w:b/>
        </w:rPr>
        <w:t>IN ATTENDANCE</w:t>
      </w:r>
    </w:p>
    <w:tbl>
      <w:tblPr>
        <w:tblStyle w:val="TableGrid"/>
        <w:tblW w:w="0" w:type="auto"/>
        <w:tblLook w:val="04A0" w:firstRow="1" w:lastRow="0" w:firstColumn="1" w:lastColumn="0" w:noHBand="0" w:noVBand="1"/>
      </w:tblPr>
      <w:tblGrid>
        <w:gridCol w:w="4698"/>
        <w:gridCol w:w="4698"/>
      </w:tblGrid>
      <w:tr w:rsidR="006316E0" w14:paraId="1446AC8A" w14:textId="77777777">
        <w:tc>
          <w:tcPr>
            <w:tcW w:w="4703" w:type="dxa"/>
          </w:tcPr>
          <w:p w14:paraId="7D03C202" w14:textId="77777777" w:rsidR="006316E0" w:rsidRDefault="00255881">
            <w:r>
              <w:t>Mrs Alex Harris – Clerk and RFO</w:t>
            </w:r>
          </w:p>
        </w:tc>
        <w:tc>
          <w:tcPr>
            <w:tcW w:w="4703" w:type="dxa"/>
          </w:tcPr>
          <w:p w14:paraId="1436C595" w14:textId="77777777" w:rsidR="006316E0" w:rsidRDefault="00255881">
            <w:r>
              <w:t>Cllr Mark Healey – Somerset Council</w:t>
            </w:r>
          </w:p>
        </w:tc>
      </w:tr>
      <w:tr w:rsidR="006316E0" w14:paraId="5BD3A4A3" w14:textId="77777777">
        <w:tc>
          <w:tcPr>
            <w:tcW w:w="4703" w:type="dxa"/>
          </w:tcPr>
          <w:p w14:paraId="7655E194" w14:textId="77777777" w:rsidR="006316E0" w:rsidRDefault="00255881">
            <w:r>
              <w:t>Dave Counsell – HCC Cricket Club</w:t>
            </w:r>
          </w:p>
        </w:tc>
        <w:tc>
          <w:tcPr>
            <w:tcW w:w="4703" w:type="dxa"/>
          </w:tcPr>
          <w:p w14:paraId="57BBD47D" w14:textId="77777777" w:rsidR="006316E0" w:rsidRDefault="00255881">
            <w:r>
              <w:t>Roger Flower – WH Model Railway Club</w:t>
            </w:r>
          </w:p>
        </w:tc>
      </w:tr>
      <w:tr w:rsidR="006316E0" w14:paraId="3618D8AC" w14:textId="77777777">
        <w:tc>
          <w:tcPr>
            <w:tcW w:w="4703" w:type="dxa"/>
          </w:tcPr>
          <w:p w14:paraId="615FEA43" w14:textId="536A67EB" w:rsidR="006316E0" w:rsidRDefault="00AE5FA2">
            <w:r>
              <w:t>Residents from Swell Close</w:t>
            </w:r>
            <w:r w:rsidR="00255881">
              <w:t xml:space="preserve"> (for Item 8)</w:t>
            </w:r>
          </w:p>
        </w:tc>
        <w:tc>
          <w:tcPr>
            <w:tcW w:w="4703" w:type="dxa"/>
          </w:tcPr>
          <w:p w14:paraId="37AAFF81" w14:textId="77777777" w:rsidR="006316E0" w:rsidRDefault="00255881">
            <w:r>
              <w:t>Mr Julian Taylor (member of the public)</w:t>
            </w:r>
          </w:p>
        </w:tc>
      </w:tr>
    </w:tbl>
    <w:p w14:paraId="723D0C08" w14:textId="77777777" w:rsidR="006316E0" w:rsidRDefault="006316E0"/>
    <w:p w14:paraId="2B038F09" w14:textId="77777777" w:rsidR="006316E0" w:rsidRDefault="006316E0">
      <w:pPr>
        <w:pBdr>
          <w:bottom w:val="single" w:sz="6" w:space="1" w:color="000000"/>
        </w:pBdr>
        <w:spacing w:before="120" w:after="120"/>
      </w:pPr>
    </w:p>
    <w:p w14:paraId="429316F9" w14:textId="77777777" w:rsidR="006316E0" w:rsidRDefault="00255881">
      <w:pPr>
        <w:spacing w:before="160" w:after="60"/>
      </w:pPr>
      <w:r>
        <w:rPr>
          <w:b/>
        </w:rPr>
        <w:t>PUBLIC PARTICIPATION (Prior to Formal Agenda)</w:t>
      </w:r>
    </w:p>
    <w:p w14:paraId="1FE52BF8" w14:textId="0D547C5E" w:rsidR="006316E0" w:rsidRDefault="00255881">
      <w:pPr>
        <w:spacing w:after="80"/>
      </w:pPr>
      <w:r>
        <w:t>The meeting opened with a</w:t>
      </w:r>
      <w:r w:rsidR="00234773">
        <w:t xml:space="preserve">n unplanned </w:t>
      </w:r>
      <w:r>
        <w:t>public participation session of up to 30 minutes.</w:t>
      </w:r>
    </w:p>
    <w:p w14:paraId="35D496F2" w14:textId="77777777" w:rsidR="006316E0" w:rsidRDefault="00255881">
      <w:pPr>
        <w:spacing w:after="80"/>
      </w:pPr>
      <w:r>
        <w:t xml:space="preserve">Mr Julian Taylor addressed the council regarding a complaint about antisemitism, stating that his concerns had been ignored by the village, the parish council, and Somerset Council. Cllr Mark Healey agreed to note Mr Taylor's details and raise the matter with Cllr Bill </w:t>
      </w:r>
      <w:proofErr w:type="spellStart"/>
      <w:r>
        <w:t>Revans</w:t>
      </w:r>
      <w:proofErr w:type="spellEnd"/>
      <w:r>
        <w:t xml:space="preserve"> at the full Somerset Council meeting the following day.</w:t>
      </w:r>
    </w:p>
    <w:p w14:paraId="37AF9130" w14:textId="77777777" w:rsidR="006316E0" w:rsidRDefault="00255881">
      <w:pPr>
        <w:spacing w:after="60"/>
        <w:ind w:left="567"/>
      </w:pPr>
      <w:r>
        <w:rPr>
          <w:b/>
          <w:i/>
        </w:rPr>
        <w:t xml:space="preserve">Action: </w:t>
      </w:r>
      <w:r>
        <w:rPr>
          <w:i/>
        </w:rPr>
        <w:t xml:space="preserve">Raise Mr Taylor's antisemitism complaint with Cllr Bill </w:t>
      </w:r>
      <w:proofErr w:type="spellStart"/>
      <w:r>
        <w:rPr>
          <w:i/>
        </w:rPr>
        <w:t>Revans</w:t>
      </w:r>
      <w:proofErr w:type="spellEnd"/>
      <w:r>
        <w:rPr>
          <w:i/>
        </w:rPr>
        <w:t xml:space="preserve">. </w:t>
      </w:r>
      <w:r>
        <w:rPr>
          <w:b/>
          <w:i/>
        </w:rPr>
        <w:t>(Cllr Healey)</w:t>
      </w:r>
    </w:p>
    <w:p w14:paraId="6561BF05" w14:textId="48D08E2A" w:rsidR="006316E0" w:rsidRDefault="00114CF0">
      <w:pPr>
        <w:spacing w:after="80"/>
      </w:pPr>
      <w:r>
        <w:t>Residents</w:t>
      </w:r>
      <w:r w:rsidR="00255881">
        <w:t xml:space="preserve"> attended to speak to Item 8 regarding parking and business concerns in Swell Close. The Chair thanked them and invited them to remain for that item.</w:t>
      </w:r>
    </w:p>
    <w:p w14:paraId="3954E1C8" w14:textId="77777777" w:rsidR="006316E0" w:rsidRDefault="006316E0">
      <w:pPr>
        <w:pBdr>
          <w:bottom w:val="single" w:sz="6" w:space="1" w:color="000000"/>
        </w:pBdr>
        <w:spacing w:before="120" w:after="120"/>
      </w:pPr>
    </w:p>
    <w:p w14:paraId="08667F51" w14:textId="77777777" w:rsidR="006316E0" w:rsidRDefault="00255881">
      <w:pPr>
        <w:spacing w:before="160" w:after="80"/>
      </w:pPr>
      <w:r>
        <w:rPr>
          <w:b/>
          <w:color w:val="1F497D"/>
          <w:sz w:val="24"/>
        </w:rPr>
        <w:t>PROCEDURAL ITEMS</w:t>
      </w:r>
    </w:p>
    <w:p w14:paraId="5F2EE8BE" w14:textId="77777777" w:rsidR="006316E0" w:rsidRDefault="00255881">
      <w:pPr>
        <w:spacing w:before="160" w:after="60"/>
      </w:pPr>
      <w:r>
        <w:rPr>
          <w:b/>
        </w:rPr>
        <w:t>1.  Apologies for Absence</w:t>
      </w:r>
    </w:p>
    <w:p w14:paraId="25A3A235" w14:textId="77777777" w:rsidR="006316E0" w:rsidRDefault="00255881">
      <w:pPr>
        <w:spacing w:after="80"/>
      </w:pPr>
      <w:r>
        <w:t>Apologies were received and accepted from:</w:t>
      </w:r>
    </w:p>
    <w:p w14:paraId="11929549" w14:textId="77777777" w:rsidR="006316E0" w:rsidRDefault="00255881">
      <w:pPr>
        <w:spacing w:after="80"/>
        <w:ind w:left="850"/>
      </w:pPr>
      <w:r>
        <w:t>–  Cllr John Wakefield (holiday)</w:t>
      </w:r>
    </w:p>
    <w:p w14:paraId="3F75D6AE" w14:textId="77777777" w:rsidR="006316E0" w:rsidRDefault="00255881">
      <w:pPr>
        <w:spacing w:after="80"/>
        <w:ind w:left="850"/>
      </w:pPr>
      <w:r>
        <w:t>–  Cllr Alan Higgs (personal appointment)</w:t>
      </w:r>
    </w:p>
    <w:p w14:paraId="26B99DCA" w14:textId="77777777" w:rsidR="006316E0" w:rsidRDefault="00255881">
      <w:pPr>
        <w:spacing w:after="80"/>
        <w:ind w:left="850"/>
      </w:pPr>
      <w:r>
        <w:t>–  Cllr Richard Shaw (holiday)</w:t>
      </w:r>
    </w:p>
    <w:p w14:paraId="39E71A49" w14:textId="77777777" w:rsidR="006316E0" w:rsidRDefault="00255881">
      <w:pPr>
        <w:spacing w:after="80"/>
      </w:pPr>
      <w:r>
        <w:t>It was noted that no apologies had been received from Cllr Roger Keen. The Clerk was asked to check the attendance record.</w:t>
      </w:r>
    </w:p>
    <w:p w14:paraId="71E83C6E" w14:textId="77777777" w:rsidR="006316E0" w:rsidRDefault="00255881">
      <w:pPr>
        <w:spacing w:after="60"/>
        <w:ind w:left="567"/>
      </w:pPr>
      <w:r>
        <w:rPr>
          <w:b/>
          <w:i/>
        </w:rPr>
        <w:t xml:space="preserve">Action: </w:t>
      </w:r>
      <w:r>
        <w:rPr>
          <w:i/>
        </w:rPr>
        <w:t xml:space="preserve">Check Cllr Roger Keen's attendance record. </w:t>
      </w:r>
      <w:r>
        <w:rPr>
          <w:b/>
          <w:i/>
        </w:rPr>
        <w:t>(Clerk)</w:t>
      </w:r>
    </w:p>
    <w:p w14:paraId="756346F6" w14:textId="77777777" w:rsidR="006316E0" w:rsidRDefault="006316E0"/>
    <w:p w14:paraId="7CA64712" w14:textId="77777777" w:rsidR="006316E0" w:rsidRDefault="00255881">
      <w:pPr>
        <w:spacing w:before="160" w:after="60"/>
      </w:pPr>
      <w:r>
        <w:rPr>
          <w:b/>
        </w:rPr>
        <w:t>2.  Declarations of Interest and Dispensations</w:t>
      </w:r>
    </w:p>
    <w:p w14:paraId="1201798C" w14:textId="07DEE3E4" w:rsidR="006316E0" w:rsidRDefault="00255881">
      <w:pPr>
        <w:spacing w:after="80"/>
      </w:pPr>
      <w:r>
        <w:lastRenderedPageBreak/>
        <w:t xml:space="preserve">Cllr Mark Saunders declared a personal interest in relation to the dead tree </w:t>
      </w:r>
      <w:r w:rsidR="00234773">
        <w:t xml:space="preserve">inside the churchyard </w:t>
      </w:r>
      <w:r>
        <w:t>(arising under Item 12) and withdrew from that part of the discussion accordingly.</w:t>
      </w:r>
    </w:p>
    <w:p w14:paraId="5DA0BB03" w14:textId="77777777" w:rsidR="006316E0" w:rsidRDefault="00255881">
      <w:pPr>
        <w:spacing w:after="80"/>
      </w:pPr>
      <w:r>
        <w:t>No requests for dispensations were received.</w:t>
      </w:r>
    </w:p>
    <w:p w14:paraId="7A33430B" w14:textId="77777777" w:rsidR="006316E0" w:rsidRDefault="006316E0"/>
    <w:p w14:paraId="1B9FFED9" w14:textId="77777777" w:rsidR="006316E0" w:rsidRDefault="00255881">
      <w:pPr>
        <w:spacing w:before="160" w:after="60"/>
      </w:pPr>
      <w:r>
        <w:rPr>
          <w:b/>
        </w:rPr>
        <w:t>3.  Approval of Minutes and Clerk's Report</w:t>
      </w:r>
    </w:p>
    <w:p w14:paraId="64009C6D" w14:textId="77777777" w:rsidR="006316E0" w:rsidRDefault="00255881">
      <w:pPr>
        <w:spacing w:after="80"/>
      </w:pPr>
      <w:r>
        <w:t>The minutes of the Parish Council meeting held on 9 June 2026 were presented for approval. The Chair confirmed she was content with the minutes.</w:t>
      </w:r>
    </w:p>
    <w:p w14:paraId="067DFA63" w14:textId="77777777" w:rsidR="006316E0" w:rsidRDefault="00255881">
      <w:pPr>
        <w:spacing w:after="80"/>
        <w:ind w:left="567"/>
      </w:pPr>
      <w:r>
        <w:rPr>
          <w:b/>
        </w:rPr>
        <w:t xml:space="preserve">RESOLVED: </w:t>
      </w:r>
      <w:r>
        <w:t>That the minutes of the meeting held on 9 June 2026 be approved as a correct record. Proposed: Cllr Saunders. Seconded: Cllr Wilks.</w:t>
      </w:r>
    </w:p>
    <w:p w14:paraId="29FB53F3" w14:textId="77777777" w:rsidR="006316E0" w:rsidRDefault="00255881">
      <w:pPr>
        <w:spacing w:after="80"/>
      </w:pPr>
      <w:r>
        <w:t>The Clerk's Report was received.</w:t>
      </w:r>
    </w:p>
    <w:p w14:paraId="29D05CA8" w14:textId="77777777" w:rsidR="006316E0" w:rsidRDefault="00255881">
      <w:pPr>
        <w:spacing w:after="80"/>
        <w:ind w:left="567"/>
      </w:pPr>
      <w:r>
        <w:rPr>
          <w:b/>
        </w:rPr>
        <w:t xml:space="preserve">RESOLVED: </w:t>
      </w:r>
      <w:r>
        <w:t>That the Clerk's Report be received and approved.</w:t>
      </w:r>
    </w:p>
    <w:p w14:paraId="397F6888" w14:textId="77777777" w:rsidR="006316E0" w:rsidRDefault="006316E0"/>
    <w:p w14:paraId="67D9F887" w14:textId="77777777" w:rsidR="006316E0" w:rsidRDefault="00255881">
      <w:pPr>
        <w:spacing w:before="160" w:after="60"/>
      </w:pPr>
      <w:r>
        <w:rPr>
          <w:b/>
        </w:rPr>
        <w:t>4.  Matters Arising from the Minutes</w:t>
      </w:r>
    </w:p>
    <w:p w14:paraId="30204C0E" w14:textId="77777777" w:rsidR="006316E0" w:rsidRDefault="00255881">
      <w:pPr>
        <w:spacing w:after="80"/>
      </w:pPr>
      <w:r>
        <w:t>The matter raised by Mr Taylor regarding antisemitism was addressed under public participation above. No further matters arising were raised that were not covered elsewhere on the agenda.</w:t>
      </w:r>
    </w:p>
    <w:p w14:paraId="621275F9" w14:textId="77777777" w:rsidR="006316E0" w:rsidRDefault="006316E0"/>
    <w:p w14:paraId="7944B6D5" w14:textId="77777777" w:rsidR="006316E0" w:rsidRDefault="006316E0">
      <w:pPr>
        <w:pBdr>
          <w:bottom w:val="single" w:sz="6" w:space="1" w:color="000000"/>
        </w:pBdr>
        <w:spacing w:before="120" w:after="120"/>
      </w:pPr>
    </w:p>
    <w:p w14:paraId="5C27005D" w14:textId="77777777" w:rsidR="006316E0" w:rsidRDefault="00255881">
      <w:pPr>
        <w:spacing w:before="160" w:after="80"/>
      </w:pPr>
      <w:r>
        <w:rPr>
          <w:b/>
          <w:color w:val="1F497D"/>
          <w:sz w:val="24"/>
        </w:rPr>
        <w:t>PARISH COUNCIL BUSINESS</w:t>
      </w:r>
    </w:p>
    <w:p w14:paraId="5F45DAB5" w14:textId="77777777" w:rsidR="006316E0" w:rsidRDefault="00255881">
      <w:pPr>
        <w:spacing w:before="160" w:after="60"/>
      </w:pPr>
      <w:r>
        <w:rPr>
          <w:b/>
        </w:rPr>
        <w:t xml:space="preserve">5.  </w:t>
      </w:r>
      <w:proofErr w:type="spellStart"/>
      <w:r>
        <w:rPr>
          <w:b/>
        </w:rPr>
        <w:t>Edenstone</w:t>
      </w:r>
      <w:proofErr w:type="spellEnd"/>
      <w:r>
        <w:rPr>
          <w:b/>
        </w:rPr>
        <w:t xml:space="preserve"> Housing Development – New Road</w:t>
      </w:r>
    </w:p>
    <w:p w14:paraId="15E43350" w14:textId="77777777" w:rsidR="006316E0" w:rsidRDefault="00255881">
      <w:pPr>
        <w:spacing w:after="80"/>
      </w:pPr>
      <w:r>
        <w:t>The Clerk reported that no new issues had arisen since the previous meeting. It was felt that the initial difficulties had resulted from a lack of communication from the developer regarding the commencement of works. The item will be retained on the agenda for monitoring.</w:t>
      </w:r>
    </w:p>
    <w:p w14:paraId="6E914A91" w14:textId="77777777" w:rsidR="006316E0" w:rsidRDefault="006316E0"/>
    <w:p w14:paraId="56E699F4" w14:textId="77777777" w:rsidR="006316E0" w:rsidRDefault="00255881">
      <w:pPr>
        <w:spacing w:before="160" w:after="60"/>
      </w:pPr>
      <w:r>
        <w:rPr>
          <w:b/>
        </w:rPr>
        <w:t>6.  Public Participation (at the Chairman's Discretion)</w:t>
      </w:r>
    </w:p>
    <w:p w14:paraId="67AD1A74" w14:textId="77777777" w:rsidR="006316E0" w:rsidRDefault="00255881">
      <w:pPr>
        <w:spacing w:after="80"/>
      </w:pPr>
      <w:r>
        <w:t>Addressed prior to the formal agenda – see above.</w:t>
      </w:r>
    </w:p>
    <w:p w14:paraId="76DCB4CC" w14:textId="77777777" w:rsidR="006316E0" w:rsidRDefault="006316E0"/>
    <w:p w14:paraId="0C10DC17" w14:textId="77777777" w:rsidR="006316E0" w:rsidRDefault="00255881">
      <w:pPr>
        <w:spacing w:before="160" w:after="60"/>
      </w:pPr>
      <w:r>
        <w:rPr>
          <w:b/>
        </w:rPr>
        <w:t>7.  Report from Somerset Councillors</w:t>
      </w:r>
    </w:p>
    <w:p w14:paraId="7DD81A12" w14:textId="77777777" w:rsidR="006316E0" w:rsidRDefault="00255881">
      <w:pPr>
        <w:spacing w:after="80"/>
      </w:pPr>
      <w:r>
        <w:t>Cllr Mark Healey presented his monthly report on Somerset Council, expressing significant concern regarding the council's financial situation and performance. Key issues included:</w:t>
      </w:r>
    </w:p>
    <w:p w14:paraId="666D1BD3" w14:textId="77777777" w:rsidR="006316E0" w:rsidRDefault="00255881">
      <w:pPr>
        <w:spacing w:after="80"/>
        <w:ind w:left="850"/>
      </w:pPr>
      <w:r>
        <w:t>–  A reported £90 million loss on commercial property investments, contrasting with the £5 million annual profit previously generated by Sedgemoor District Council's property portfolio.</w:t>
      </w:r>
    </w:p>
    <w:p w14:paraId="43241B2F" w14:textId="77777777" w:rsidR="006316E0" w:rsidRDefault="00255881">
      <w:pPr>
        <w:spacing w:after="80"/>
        <w:ind w:left="850"/>
      </w:pPr>
      <w:r>
        <w:t>–  A backlog of 1,700 outstanding planning enforcement complaints, with an insufficient number of enforcement officers.</w:t>
      </w:r>
    </w:p>
    <w:p w14:paraId="5B33B9E8" w14:textId="3C356D50" w:rsidR="006316E0" w:rsidRDefault="00234773">
      <w:pPr>
        <w:spacing w:after="80"/>
      </w:pPr>
      <w:r>
        <w:t>Cllr Ashley Fox MP was noted as an active and responsive local representative. The council thanked Cllr Healey for his report.</w:t>
      </w:r>
    </w:p>
    <w:p w14:paraId="6A6FDF55" w14:textId="77777777" w:rsidR="006316E0" w:rsidRDefault="00255881">
      <w:pPr>
        <w:spacing w:after="80"/>
        <w:ind w:left="567"/>
      </w:pPr>
      <w:r>
        <w:rPr>
          <w:b/>
        </w:rPr>
        <w:t xml:space="preserve">RESOLVED: </w:t>
      </w:r>
      <w:r>
        <w:t>That the Somerset Councillors' report be received and the concerns noted.</w:t>
      </w:r>
    </w:p>
    <w:p w14:paraId="60D7A8DA" w14:textId="77777777" w:rsidR="006316E0" w:rsidRDefault="006316E0"/>
    <w:p w14:paraId="4C759F64" w14:textId="77777777" w:rsidR="006316E0" w:rsidRDefault="00255881">
      <w:pPr>
        <w:spacing w:before="160" w:after="60"/>
      </w:pPr>
      <w:r>
        <w:rPr>
          <w:b/>
        </w:rPr>
        <w:t>8.  Swell Close</w:t>
      </w:r>
    </w:p>
    <w:p w14:paraId="5770A441" w14:textId="4823CC07" w:rsidR="006316E0" w:rsidRDefault="00D65F71">
      <w:pPr>
        <w:spacing w:after="80"/>
      </w:pPr>
      <w:r>
        <w:t>Residents</w:t>
      </w:r>
      <w:r w:rsidR="00255881">
        <w:t xml:space="preserve"> were invited to address the council regarding ongoing parking problems in Swell Close. The principal cause is a resident at No. 7, who is operating a large engineering business from the property with approximately 11 vehicles and 5 employees, in breach of the property deeds. This also causes noise disturbance at night.</w:t>
      </w:r>
    </w:p>
    <w:p w14:paraId="175A4528" w14:textId="427F583E" w:rsidR="006316E0" w:rsidRDefault="00255881">
      <w:pPr>
        <w:spacing w:after="80"/>
      </w:pPr>
      <w:r>
        <w:t xml:space="preserve">An application for double yellow lines around the entire close had been submitted to Highways. Following a site visit, a decision was taken to install only 10 </w:t>
      </w:r>
      <w:r w:rsidR="00D65F71">
        <w:t>meters</w:t>
      </w:r>
      <w:r>
        <w:t xml:space="preserve"> of yellow lines at the entrance to the close. The </w:t>
      </w:r>
      <w:r w:rsidR="00234773">
        <w:t xml:space="preserve">residents </w:t>
      </w:r>
      <w:r>
        <w:t>considered this insufficient, as it was likely to displace parking further into the close.</w:t>
      </w:r>
    </w:p>
    <w:p w14:paraId="7D1BC673" w14:textId="2A691E50" w:rsidR="006316E0" w:rsidRDefault="00255881">
      <w:pPr>
        <w:spacing w:after="80"/>
      </w:pPr>
      <w:r>
        <w:t>It was reported that the Highways officer had been dismissive of residents' concerns and had since sent an informal notice to a resident (Tony Baker, who had recently suffered a stroke) requiring vegetation to be cleared within seven days. A separate planning enforcement complaint has been submitted by</w:t>
      </w:r>
      <w:r w:rsidR="000C61CC">
        <w:t xml:space="preserve"> a</w:t>
      </w:r>
      <w:r>
        <w:t xml:space="preserve"> resident, and an enforcement case has been opened, though a large backlog of cases and a shortage of officers was acknowledged.</w:t>
      </w:r>
    </w:p>
    <w:p w14:paraId="2D992F73" w14:textId="77777777" w:rsidR="006316E0" w:rsidRDefault="00255881">
      <w:pPr>
        <w:spacing w:after="80"/>
      </w:pPr>
      <w:r>
        <w:t>The Clerk confirmed she had requested clarification from Highways on the exact specification of the Traffic Regulation Order (TRO) for the yellow lines, as this appeared to differ from the original application.</w:t>
      </w:r>
    </w:p>
    <w:p w14:paraId="68BE2A6A" w14:textId="525A1F58" w:rsidR="006316E0" w:rsidRDefault="00255881">
      <w:pPr>
        <w:spacing w:after="80"/>
        <w:ind w:left="567"/>
      </w:pPr>
      <w:r>
        <w:rPr>
          <w:b/>
        </w:rPr>
        <w:t xml:space="preserve">RESOLVED: </w:t>
      </w:r>
      <w:r>
        <w:t xml:space="preserve">That Cllr </w:t>
      </w:r>
      <w:r w:rsidR="00234773">
        <w:t>Healey</w:t>
      </w:r>
      <w:r>
        <w:t xml:space="preserve"> pursue the matter of the </w:t>
      </w:r>
      <w:proofErr w:type="spellStart"/>
      <w:r>
        <w:t>unauthorised</w:t>
      </w:r>
      <w:proofErr w:type="spellEnd"/>
      <w:r>
        <w:t xml:space="preserve"> business operation and the conduct of the Highways officer directly with Somerset Council. </w:t>
      </w:r>
      <w:r w:rsidR="000C61CC">
        <w:t>Residents</w:t>
      </w:r>
      <w:r>
        <w:t xml:space="preserve"> agreed to provide Cllr </w:t>
      </w:r>
      <w:r w:rsidR="00234773">
        <w:t xml:space="preserve">Healey </w:t>
      </w:r>
      <w:r>
        <w:t>with a written summary of the issues and the relevant business details.</w:t>
      </w:r>
    </w:p>
    <w:p w14:paraId="626E03F7" w14:textId="37221D76" w:rsidR="006316E0" w:rsidRDefault="00255881">
      <w:pPr>
        <w:spacing w:after="60"/>
        <w:ind w:left="567"/>
      </w:pPr>
      <w:r>
        <w:rPr>
          <w:b/>
          <w:i/>
        </w:rPr>
        <w:t xml:space="preserve">Action: </w:t>
      </w:r>
      <w:r>
        <w:rPr>
          <w:i/>
        </w:rPr>
        <w:t xml:space="preserve">Pursue </w:t>
      </w:r>
      <w:proofErr w:type="spellStart"/>
      <w:r>
        <w:rPr>
          <w:i/>
        </w:rPr>
        <w:t>unauthorised</w:t>
      </w:r>
      <w:proofErr w:type="spellEnd"/>
      <w:r>
        <w:rPr>
          <w:i/>
        </w:rPr>
        <w:t xml:space="preserve"> business at Swell Close with Somerset Council. </w:t>
      </w:r>
      <w:r>
        <w:rPr>
          <w:b/>
          <w:i/>
        </w:rPr>
        <w:t xml:space="preserve">(Cllr </w:t>
      </w:r>
      <w:r w:rsidR="00234773">
        <w:rPr>
          <w:b/>
          <w:i/>
        </w:rPr>
        <w:t>Healey</w:t>
      </w:r>
      <w:r>
        <w:rPr>
          <w:b/>
          <w:i/>
        </w:rPr>
        <w:t>)</w:t>
      </w:r>
    </w:p>
    <w:p w14:paraId="319B044E" w14:textId="77777777" w:rsidR="006316E0" w:rsidRDefault="00255881">
      <w:pPr>
        <w:spacing w:after="60"/>
        <w:ind w:left="567"/>
      </w:pPr>
      <w:r>
        <w:rPr>
          <w:b/>
          <w:i/>
        </w:rPr>
        <w:t xml:space="preserve">Action: </w:t>
      </w:r>
      <w:r>
        <w:rPr>
          <w:i/>
        </w:rPr>
        <w:t xml:space="preserve">Follow up on TRO specification for Swell Close yellow lines. </w:t>
      </w:r>
      <w:r>
        <w:rPr>
          <w:b/>
          <w:i/>
        </w:rPr>
        <w:t>(Clerk)</w:t>
      </w:r>
    </w:p>
    <w:p w14:paraId="2300FB8E" w14:textId="77777777" w:rsidR="006316E0" w:rsidRDefault="006316E0"/>
    <w:p w14:paraId="77BF3A8B" w14:textId="77777777" w:rsidR="006316E0" w:rsidRDefault="00255881">
      <w:pPr>
        <w:spacing w:before="160" w:after="60"/>
      </w:pPr>
      <w:r>
        <w:rPr>
          <w:b/>
        </w:rPr>
        <w:t>9.  Planning</w:t>
      </w:r>
    </w:p>
    <w:p w14:paraId="7E35DD07" w14:textId="77777777" w:rsidR="006316E0" w:rsidRDefault="00255881">
      <w:pPr>
        <w:spacing w:after="80"/>
      </w:pPr>
      <w:r>
        <w:t>The council considered the following applications:</w:t>
      </w:r>
    </w:p>
    <w:p w14:paraId="736D6361" w14:textId="77777777" w:rsidR="006316E0" w:rsidRDefault="00255881">
      <w:pPr>
        <w:spacing w:after="80"/>
        <w:ind w:left="850"/>
      </w:pPr>
      <w:r>
        <w:t>52/26/00007 | Listed Building Consent – 102 Main Road, West Huntspill (Ms L Clarke): Internal and external alterations. The council noted that the property had been significantly altered in the past and raised no objection.</w:t>
      </w:r>
    </w:p>
    <w:p w14:paraId="468A7A99" w14:textId="77777777" w:rsidR="006316E0" w:rsidRDefault="00255881">
      <w:pPr>
        <w:spacing w:after="80"/>
        <w:ind w:left="850"/>
      </w:pPr>
      <w:r>
        <w:t>52/26/00008 | Full Planning Permission – Berkley House, Withy Road, West Huntspill (</w:t>
      </w:r>
      <w:proofErr w:type="spellStart"/>
      <w:r>
        <w:t>Mrs</w:t>
      </w:r>
      <w:proofErr w:type="spellEnd"/>
      <w:r>
        <w:t xml:space="preserve"> L Morey): Erection of a single-</w:t>
      </w:r>
      <w:proofErr w:type="spellStart"/>
      <w:r>
        <w:t>storey</w:t>
      </w:r>
      <w:proofErr w:type="spellEnd"/>
      <w:r>
        <w:t xml:space="preserve"> side extension. No issues were identified.</w:t>
      </w:r>
    </w:p>
    <w:p w14:paraId="69446EFE" w14:textId="77777777" w:rsidR="006316E0" w:rsidRDefault="00255881">
      <w:pPr>
        <w:spacing w:after="80"/>
        <w:ind w:left="567"/>
      </w:pPr>
      <w:r>
        <w:rPr>
          <w:b/>
        </w:rPr>
        <w:t xml:space="preserve">RESOLVED: </w:t>
      </w:r>
      <w:r>
        <w:t>That the council submit "No Observations" on applications 52/26/00007 and 52/26/00008.</w:t>
      </w:r>
    </w:p>
    <w:p w14:paraId="0162FFE3" w14:textId="77777777" w:rsidR="006316E0" w:rsidRDefault="006316E0"/>
    <w:p w14:paraId="4DFF535F" w14:textId="77777777" w:rsidR="006316E0" w:rsidRDefault="00255881">
      <w:pPr>
        <w:spacing w:before="160" w:after="60"/>
      </w:pPr>
      <w:r>
        <w:rPr>
          <w:b/>
        </w:rPr>
        <w:t>10.  War Memorial Ground and Cricket Club</w:t>
      </w:r>
    </w:p>
    <w:p w14:paraId="572E4E49" w14:textId="77777777" w:rsidR="006316E0" w:rsidRDefault="00255881">
      <w:pPr>
        <w:spacing w:before="120" w:after="60"/>
      </w:pPr>
      <w:r>
        <w:rPr>
          <w:b/>
          <w:u w:val="single"/>
        </w:rPr>
        <w:t>Railway Club Report</w:t>
      </w:r>
    </w:p>
    <w:p w14:paraId="267E259B" w14:textId="77777777" w:rsidR="006316E0" w:rsidRDefault="00255881">
      <w:pPr>
        <w:spacing w:after="80"/>
      </w:pPr>
      <w:r>
        <w:t>Roger Flower presented the following update on behalf of the WH Model Railway Club:</w:t>
      </w:r>
    </w:p>
    <w:p w14:paraId="5075720A" w14:textId="77777777" w:rsidR="006316E0" w:rsidRDefault="00255881">
      <w:pPr>
        <w:spacing w:after="80"/>
        <w:ind w:left="850"/>
      </w:pPr>
      <w:r>
        <w:lastRenderedPageBreak/>
        <w:t xml:space="preserve">–  A suspected water leak in the car park had been investigated. The pipe was excavated at two </w:t>
      </w:r>
      <w:proofErr w:type="gramStart"/>
      <w:r>
        <w:t>locations</w:t>
      </w:r>
      <w:proofErr w:type="gramEnd"/>
      <w:r>
        <w:t xml:space="preserve"> but no leak was found. A new pipe has been installed to the sinks and pressure tested successfully; the water meter is showing no activity.</w:t>
      </w:r>
    </w:p>
    <w:p w14:paraId="44A4D574" w14:textId="77777777" w:rsidR="006316E0" w:rsidRDefault="00255881">
      <w:pPr>
        <w:spacing w:after="80"/>
        <w:ind w:left="850"/>
      </w:pPr>
      <w:r>
        <w:t>–  Visitor numbers on Sundays have improved, attributed to a new Facebook presence and a website currently in development.</w:t>
      </w:r>
    </w:p>
    <w:p w14:paraId="029DAB98" w14:textId="77777777" w:rsidR="006316E0" w:rsidRDefault="00255881">
      <w:pPr>
        <w:spacing w:after="80"/>
        <w:ind w:left="850"/>
      </w:pPr>
      <w:r>
        <w:t>–  A ‘Proms in the Park’ event with King Alfred’s Orchestra is proposed for Friday, 11 September 2026. Halloween and Santa events are planned for 31 August and the last two Sundays before Christmas respectively.</w:t>
      </w:r>
    </w:p>
    <w:p w14:paraId="75CCA1A2" w14:textId="77777777" w:rsidR="006316E0" w:rsidRDefault="00255881">
      <w:pPr>
        <w:spacing w:after="80"/>
        <w:ind w:left="850"/>
      </w:pPr>
      <w:r>
        <w:t>–  It was with sadness that the passing of honorary life member Trevor Lee, aged 86, was announced. Trevor was responsible for planting the daffodils on ‘Mount Lee’.</w:t>
      </w:r>
    </w:p>
    <w:p w14:paraId="4661C5A1" w14:textId="77777777" w:rsidR="006316E0" w:rsidRDefault="00255881">
      <w:pPr>
        <w:spacing w:after="80"/>
      </w:pPr>
      <w:r>
        <w:t>The council raised the following matters:</w:t>
      </w:r>
    </w:p>
    <w:p w14:paraId="2FE792F9" w14:textId="77777777" w:rsidR="006316E0" w:rsidRDefault="00255881">
      <w:pPr>
        <w:spacing w:after="80"/>
        <w:ind w:left="850"/>
      </w:pPr>
      <w:r>
        <w:t>–  Health and safety: Roger confirmed that risk assessments are in place and the club holds £5 million public liability insurance. It was advised to check whether a music licence is required and to monitor attendance numbers, as a threshold of 500 persons applies above which additional measures are required.</w:t>
      </w:r>
    </w:p>
    <w:p w14:paraId="61FE19FF" w14:textId="77777777" w:rsidR="006316E0" w:rsidRDefault="00255881">
      <w:pPr>
        <w:spacing w:after="80"/>
        <w:ind w:left="850"/>
      </w:pPr>
      <w:r>
        <w:t>–  Safeguarding: a query was raised regarding DBS checks for members working with children. Roger stated he had previously been advised that DBS checks were not required as children are always accompanied by a parent. The council recommended this advice be obtained in writing, and that the club consider obtaining DBS checks as a precautionary measure.</w:t>
      </w:r>
    </w:p>
    <w:p w14:paraId="6C3826AC" w14:textId="77777777" w:rsidR="006316E0" w:rsidRDefault="00255881">
      <w:pPr>
        <w:spacing w:after="80"/>
        <w:ind w:left="567"/>
      </w:pPr>
      <w:r>
        <w:rPr>
          <w:b/>
        </w:rPr>
        <w:t xml:space="preserve">RESOLVED: </w:t>
      </w:r>
      <w:r>
        <w:t>That the Railway Club report be received and the noted observations be conveyed to the club.</w:t>
      </w:r>
    </w:p>
    <w:p w14:paraId="413088EC" w14:textId="77777777" w:rsidR="006316E0" w:rsidRDefault="006316E0"/>
    <w:p w14:paraId="7E01A9E9" w14:textId="77777777" w:rsidR="006316E0" w:rsidRDefault="00255881">
      <w:pPr>
        <w:spacing w:before="120" w:after="60"/>
      </w:pPr>
      <w:r>
        <w:rPr>
          <w:b/>
          <w:u w:val="single"/>
        </w:rPr>
        <w:t>Cricket Club Report</w:t>
      </w:r>
    </w:p>
    <w:p w14:paraId="20E04A3B" w14:textId="77777777" w:rsidR="006316E0" w:rsidRDefault="00255881">
      <w:pPr>
        <w:spacing w:after="80"/>
      </w:pPr>
      <w:r>
        <w:t>Dave Counsell presented the following update on behalf of the cricket club:</w:t>
      </w:r>
    </w:p>
    <w:p w14:paraId="578C7334" w14:textId="77777777" w:rsidR="006316E0" w:rsidRDefault="00255881">
      <w:pPr>
        <w:spacing w:after="80"/>
        <w:ind w:left="850"/>
      </w:pPr>
      <w:r>
        <w:t>–  The new tarmac at the entrance has been damaged by a Veolia waste collection lorry; video evidence exists. This is believed to be the same vehicle that previously damaged the gate. The club will write to Veolia to claim for the damage and a meeting with Phillips is scheduled to discuss repair works.</w:t>
      </w:r>
    </w:p>
    <w:p w14:paraId="422C6D74" w14:textId="77777777" w:rsidR="006316E0" w:rsidRDefault="00255881">
      <w:pPr>
        <w:spacing w:after="80"/>
        <w:ind w:left="850"/>
      </w:pPr>
      <w:r>
        <w:t>–  The total cost of the tarmacking works has been clarified at approximately £12,000 excluding VAT, which is now due for payment.</w:t>
      </w:r>
    </w:p>
    <w:p w14:paraId="3D6FD3A2" w14:textId="77777777" w:rsidR="006316E0" w:rsidRDefault="00255881">
      <w:pPr>
        <w:spacing w:after="80"/>
        <w:ind w:left="850"/>
      </w:pPr>
      <w:r>
        <w:t>–  Two quotes for pavilion roof repairs have been received (£4,500 and £6,500). A third quote is proving difficult to obtain. Asbestos removal has been completed.</w:t>
      </w:r>
    </w:p>
    <w:p w14:paraId="0616B530" w14:textId="77777777" w:rsidR="006316E0" w:rsidRDefault="00255881">
      <w:pPr>
        <w:spacing w:after="80"/>
        <w:ind w:left="850"/>
      </w:pPr>
      <w:r>
        <w:t>–  The cricket field has developed cracks due to dry weather; two tons of soil have been ordered to fill them.</w:t>
      </w:r>
    </w:p>
    <w:p w14:paraId="3031A2EB" w14:textId="77777777" w:rsidR="006316E0" w:rsidRDefault="00255881">
      <w:pPr>
        <w:spacing w:after="80"/>
        <w:ind w:left="850"/>
      </w:pPr>
      <w:r>
        <w:t>–  Two county games are scheduled in August: Girls U13s v Glamorgan and Boys U13s v Dorset. The Somerset Cup final (Millfield v Kings) has been rescheduled to 9 September.</w:t>
      </w:r>
    </w:p>
    <w:p w14:paraId="7B43D8D9" w14:textId="77777777" w:rsidR="006316E0" w:rsidRDefault="00255881">
      <w:pPr>
        <w:spacing w:after="80"/>
      </w:pPr>
      <w:r>
        <w:t>The possibility of claiming on the club's insurance for the tarmac damage was discussed; however, it was considered likely that the excess would be prohibitive. A suggestion was made to install a temporary chain across the entrance to deter lorries from turning.</w:t>
      </w:r>
    </w:p>
    <w:p w14:paraId="74E307F9" w14:textId="77777777" w:rsidR="006316E0" w:rsidRDefault="00255881">
      <w:pPr>
        <w:spacing w:after="80"/>
        <w:ind w:left="567"/>
      </w:pPr>
      <w:r>
        <w:rPr>
          <w:b/>
        </w:rPr>
        <w:lastRenderedPageBreak/>
        <w:t xml:space="preserve">RESOLVED: </w:t>
      </w:r>
      <w:r>
        <w:t>That the Cricket Club report be received.</w:t>
      </w:r>
    </w:p>
    <w:p w14:paraId="44B5C123" w14:textId="77777777" w:rsidR="006316E0" w:rsidRDefault="00255881">
      <w:pPr>
        <w:spacing w:after="60"/>
        <w:ind w:left="567"/>
      </w:pPr>
      <w:r>
        <w:rPr>
          <w:b/>
          <w:i/>
        </w:rPr>
        <w:t xml:space="preserve">Action: </w:t>
      </w:r>
      <w:r>
        <w:rPr>
          <w:i/>
        </w:rPr>
        <w:t xml:space="preserve">Investigate installation of a temporary chain across the cricket club entrance. </w:t>
      </w:r>
      <w:r>
        <w:rPr>
          <w:b/>
          <w:i/>
        </w:rPr>
        <w:t>(Dave Counsell)</w:t>
      </w:r>
    </w:p>
    <w:p w14:paraId="0BBF21ED" w14:textId="77777777" w:rsidR="006316E0" w:rsidRDefault="00255881">
      <w:pPr>
        <w:spacing w:after="60"/>
        <w:ind w:left="567"/>
      </w:pPr>
      <w:r>
        <w:rPr>
          <w:b/>
          <w:i/>
        </w:rPr>
        <w:t xml:space="preserve">Action: </w:t>
      </w:r>
      <w:r>
        <w:rPr>
          <w:i/>
        </w:rPr>
        <w:t xml:space="preserve">Continue to seek a third quote for pavilion roof repairs. </w:t>
      </w:r>
      <w:r>
        <w:rPr>
          <w:b/>
          <w:i/>
        </w:rPr>
        <w:t>(Dave Counsell)</w:t>
      </w:r>
    </w:p>
    <w:p w14:paraId="3E853C24" w14:textId="77777777" w:rsidR="006316E0" w:rsidRDefault="006316E0"/>
    <w:p w14:paraId="18611004" w14:textId="77777777" w:rsidR="006316E0" w:rsidRDefault="00255881">
      <w:pPr>
        <w:spacing w:before="160" w:after="60"/>
      </w:pPr>
      <w:r>
        <w:rPr>
          <w:b/>
        </w:rPr>
        <w:t>11.  Ilex Park – Annual Inspection Report</w:t>
      </w:r>
    </w:p>
    <w:p w14:paraId="5EB0223F" w14:textId="77777777" w:rsidR="006316E0" w:rsidRDefault="00255881">
      <w:pPr>
        <w:spacing w:after="80"/>
      </w:pPr>
      <w:r>
        <w:t>The annual inspection report for the Ilex Park play area was received and reviewed. Minor issues were identified, including missing plastic caps and some surface rust on the goalposts. A query was raised regarding the spinner links, which were confirmed to be in satisfactory condition.</w:t>
      </w:r>
    </w:p>
    <w:p w14:paraId="261EBEF4" w14:textId="77777777" w:rsidR="006316E0" w:rsidRDefault="00255881">
      <w:pPr>
        <w:spacing w:after="80"/>
        <w:ind w:left="567"/>
      </w:pPr>
      <w:r>
        <w:rPr>
          <w:b/>
        </w:rPr>
        <w:t xml:space="preserve">RESOLVED: </w:t>
      </w:r>
      <w:r>
        <w:t>That the inspection report be received and the council work through the schedule of minor repairs as required.</w:t>
      </w:r>
    </w:p>
    <w:p w14:paraId="049057FB" w14:textId="77777777" w:rsidR="006316E0" w:rsidRDefault="006316E0"/>
    <w:p w14:paraId="308BFAA5" w14:textId="77777777" w:rsidR="006316E0" w:rsidRDefault="00255881">
      <w:pPr>
        <w:spacing w:before="160" w:after="60"/>
      </w:pPr>
      <w:r>
        <w:rPr>
          <w:b/>
        </w:rPr>
        <w:t>12.  Common, Trees, Footpaths and Green Areas</w:t>
      </w:r>
    </w:p>
    <w:p w14:paraId="051B6A35" w14:textId="77777777" w:rsidR="006316E0" w:rsidRDefault="00255881">
      <w:pPr>
        <w:spacing w:before="120" w:after="60"/>
      </w:pPr>
      <w:r>
        <w:rPr>
          <w:b/>
          <w:u w:val="single"/>
        </w:rPr>
        <w:t>Mulberry Tree – TPO</w:t>
      </w:r>
    </w:p>
    <w:p w14:paraId="07C613B4" w14:textId="77777777" w:rsidR="006316E0" w:rsidRDefault="00255881">
      <w:pPr>
        <w:spacing w:after="80"/>
      </w:pPr>
      <w:r>
        <w:t>The Clerk reported that the application for a Tree Preservation Order (TPO) on the mulberry tree by the church had been declined by the planning authority on the basis that there is no immediate threat to the tree. The matter is now closed.</w:t>
      </w:r>
    </w:p>
    <w:p w14:paraId="54EE8674" w14:textId="77777777" w:rsidR="006316E0" w:rsidRDefault="00255881">
      <w:pPr>
        <w:spacing w:before="120" w:after="60"/>
      </w:pPr>
      <w:r>
        <w:rPr>
          <w:b/>
          <w:u w:val="single"/>
        </w:rPr>
        <w:t>Overhanging Branches</w:t>
      </w:r>
    </w:p>
    <w:p w14:paraId="5DA8F478" w14:textId="77777777" w:rsidR="006316E0" w:rsidRDefault="00255881">
      <w:pPr>
        <w:spacing w:after="80"/>
      </w:pPr>
      <w:r>
        <w:t>Overhanging branches near the orchard were reported to be obscuring a speed awareness sign. The Clerk agreed to contact Stuart to arrange for them to be cut back.</w:t>
      </w:r>
    </w:p>
    <w:p w14:paraId="35B781C0" w14:textId="77777777" w:rsidR="006316E0" w:rsidRDefault="00255881">
      <w:pPr>
        <w:spacing w:after="60"/>
        <w:ind w:left="567"/>
      </w:pPr>
      <w:r>
        <w:rPr>
          <w:b/>
          <w:i/>
        </w:rPr>
        <w:t xml:space="preserve">Action: </w:t>
      </w:r>
      <w:r>
        <w:rPr>
          <w:i/>
        </w:rPr>
        <w:t xml:space="preserve">Ask Stuart to cut back branches obscuring the speed sign near the orchard. </w:t>
      </w:r>
      <w:r>
        <w:rPr>
          <w:b/>
          <w:i/>
        </w:rPr>
        <w:t>(Clerk)</w:t>
      </w:r>
    </w:p>
    <w:p w14:paraId="5BF97AA4" w14:textId="77777777" w:rsidR="006316E0" w:rsidRDefault="00255881">
      <w:pPr>
        <w:spacing w:before="120" w:after="60"/>
      </w:pPr>
      <w:r>
        <w:rPr>
          <w:b/>
          <w:u w:val="single"/>
        </w:rPr>
        <w:t>Overgrown Footpath – Culvert</w:t>
      </w:r>
    </w:p>
    <w:p w14:paraId="0CE2C1E5" w14:textId="3D70E098" w:rsidR="006316E0" w:rsidRDefault="00255881">
      <w:pPr>
        <w:spacing w:after="80"/>
      </w:pPr>
      <w:r>
        <w:t xml:space="preserve">The footpath near the culvert was reported to be overgrown again. It was agreed that it requires more severe cutting back. Cllr Saunders agreed to speak to </w:t>
      </w:r>
      <w:r w:rsidR="00234773">
        <w:t xml:space="preserve">a contractor </w:t>
      </w:r>
      <w:r>
        <w:t>regarding this.</w:t>
      </w:r>
    </w:p>
    <w:p w14:paraId="72351946" w14:textId="00A050D0" w:rsidR="006316E0" w:rsidRDefault="00255881">
      <w:pPr>
        <w:spacing w:after="60"/>
        <w:ind w:left="567"/>
      </w:pPr>
      <w:r>
        <w:rPr>
          <w:b/>
          <w:i/>
        </w:rPr>
        <w:t xml:space="preserve">Action: </w:t>
      </w:r>
      <w:r>
        <w:rPr>
          <w:i/>
        </w:rPr>
        <w:t xml:space="preserve">Speak to </w:t>
      </w:r>
      <w:r w:rsidR="00234773">
        <w:rPr>
          <w:i/>
        </w:rPr>
        <w:t>contractor</w:t>
      </w:r>
      <w:r>
        <w:rPr>
          <w:i/>
        </w:rPr>
        <w:t xml:space="preserve"> about cutting back and treating the overgrown footpath near the culvert. </w:t>
      </w:r>
      <w:r>
        <w:rPr>
          <w:b/>
          <w:i/>
        </w:rPr>
        <w:t>(Cllr Saunders)</w:t>
      </w:r>
    </w:p>
    <w:p w14:paraId="7A177D46" w14:textId="6692C814" w:rsidR="006316E0" w:rsidRDefault="00255881">
      <w:pPr>
        <w:spacing w:before="120" w:after="60"/>
      </w:pPr>
      <w:r>
        <w:rPr>
          <w:b/>
          <w:u w:val="single"/>
        </w:rPr>
        <w:t>Dead Tree – Ba</w:t>
      </w:r>
      <w:r w:rsidR="00D65F71">
        <w:rPr>
          <w:b/>
          <w:u w:val="single"/>
        </w:rPr>
        <w:t xml:space="preserve">liol </w:t>
      </w:r>
      <w:r>
        <w:rPr>
          <w:b/>
          <w:u w:val="single"/>
        </w:rPr>
        <w:t>Hall</w:t>
      </w:r>
    </w:p>
    <w:p w14:paraId="722DE761" w14:textId="0EA414C1" w:rsidR="006316E0" w:rsidRDefault="00255881">
      <w:pPr>
        <w:spacing w:after="80"/>
      </w:pPr>
      <w:r>
        <w:t xml:space="preserve">Cllr Saunders raised the matter of a dead tree </w:t>
      </w:r>
      <w:r w:rsidR="00234773">
        <w:t>inside the churchyard</w:t>
      </w:r>
      <w:r>
        <w:t>, for which a removal cost of £400 has been quoted. A request was made for the council to consider a 50% grant contribution of £200 towards removal. Cllr Saunders withdrew from this discussion in accordance with his earlier declaration of interest.</w:t>
      </w:r>
    </w:p>
    <w:p w14:paraId="6612654E" w14:textId="77777777" w:rsidR="006316E0" w:rsidRDefault="00255881">
      <w:pPr>
        <w:spacing w:after="80"/>
        <w:ind w:left="567"/>
      </w:pPr>
      <w:r>
        <w:rPr>
          <w:b/>
        </w:rPr>
        <w:t xml:space="preserve">RESOLVED: </w:t>
      </w:r>
      <w:r>
        <w:t>That the grant request of £200 towards removal of the dead tree outside Bailey Hall be deferred for decision at the next meeting.</w:t>
      </w:r>
    </w:p>
    <w:p w14:paraId="6AC53EEB" w14:textId="47BCF0C7" w:rsidR="006316E0" w:rsidRDefault="00255881">
      <w:pPr>
        <w:spacing w:after="60"/>
        <w:ind w:left="567"/>
      </w:pPr>
      <w:r>
        <w:rPr>
          <w:b/>
          <w:i/>
        </w:rPr>
        <w:t xml:space="preserve">Action: </w:t>
      </w:r>
      <w:r>
        <w:rPr>
          <w:i/>
        </w:rPr>
        <w:t xml:space="preserve">Add tree grant request to the next meeting agenda. </w:t>
      </w:r>
      <w:r>
        <w:rPr>
          <w:b/>
          <w:i/>
        </w:rPr>
        <w:t>(Clerk)</w:t>
      </w:r>
    </w:p>
    <w:p w14:paraId="2C0BB88E" w14:textId="77777777" w:rsidR="006316E0" w:rsidRDefault="00255881">
      <w:pPr>
        <w:spacing w:before="120" w:after="60"/>
      </w:pPr>
      <w:r>
        <w:rPr>
          <w:b/>
          <w:u w:val="single"/>
        </w:rPr>
        <w:t>Footpath – Cadwell's Lane</w:t>
      </w:r>
    </w:p>
    <w:p w14:paraId="58B3EABD" w14:textId="2E3B8631" w:rsidR="006316E0" w:rsidRDefault="00255881">
      <w:pPr>
        <w:spacing w:after="80"/>
      </w:pPr>
      <w:r>
        <w:t>It was reported that a footpath from Cadwell's Lane has been subject to multiple reports of being impassable, with no remedial action taken to date.</w:t>
      </w:r>
    </w:p>
    <w:p w14:paraId="0941359F" w14:textId="77777777" w:rsidR="006316E0" w:rsidRDefault="00255881">
      <w:pPr>
        <w:spacing w:before="120" w:after="60"/>
      </w:pPr>
      <w:r>
        <w:rPr>
          <w:b/>
          <w:u w:val="single"/>
        </w:rPr>
        <w:lastRenderedPageBreak/>
        <w:t>Shooting Ground</w:t>
      </w:r>
    </w:p>
    <w:p w14:paraId="25B2C9E3" w14:textId="6BC6F9C2" w:rsidR="006316E0" w:rsidRDefault="00255881">
      <w:pPr>
        <w:spacing w:after="80"/>
      </w:pPr>
      <w:r>
        <w:t xml:space="preserve">A concern was raised regarding the shooting ground near a public footpath behind Laburnum. The shooting cages appear to be positioned less than 60 </w:t>
      </w:r>
      <w:r w:rsidR="00D65F71">
        <w:t>meters</w:t>
      </w:r>
      <w:r>
        <w:t xml:space="preserve"> from the public right of way.</w:t>
      </w:r>
    </w:p>
    <w:p w14:paraId="56F7DAFC" w14:textId="1C9DBC45" w:rsidR="006316E0" w:rsidRDefault="00255881">
      <w:pPr>
        <w:spacing w:after="80"/>
        <w:ind w:left="567"/>
      </w:pPr>
      <w:r>
        <w:rPr>
          <w:b/>
        </w:rPr>
        <w:t xml:space="preserve">RESOLVED: </w:t>
      </w:r>
      <w:r>
        <w:t xml:space="preserve">That </w:t>
      </w:r>
      <w:r w:rsidR="00234773">
        <w:t xml:space="preserve">the Clerk </w:t>
      </w:r>
      <w:r>
        <w:t>report the shooting ground proximity issue to the relevant authority.</w:t>
      </w:r>
    </w:p>
    <w:p w14:paraId="7D98E75C" w14:textId="2953C1D7" w:rsidR="006316E0" w:rsidRDefault="00255881">
      <w:pPr>
        <w:spacing w:after="60"/>
        <w:ind w:left="567"/>
      </w:pPr>
      <w:r>
        <w:rPr>
          <w:b/>
          <w:i/>
        </w:rPr>
        <w:t xml:space="preserve">Action: </w:t>
      </w:r>
      <w:r>
        <w:rPr>
          <w:i/>
        </w:rPr>
        <w:t xml:space="preserve">Report shooting ground proximity to the relevant </w:t>
      </w:r>
      <w:r w:rsidR="00234773">
        <w:rPr>
          <w:i/>
        </w:rPr>
        <w:t>authority.</w:t>
      </w:r>
      <w:r w:rsidR="00234773">
        <w:rPr>
          <w:b/>
          <w:i/>
        </w:rPr>
        <w:t xml:space="preserve"> (Clerk</w:t>
      </w:r>
      <w:r>
        <w:rPr>
          <w:b/>
          <w:i/>
        </w:rPr>
        <w:t>)</w:t>
      </w:r>
    </w:p>
    <w:p w14:paraId="6DF0B140" w14:textId="77777777" w:rsidR="006316E0" w:rsidRDefault="006316E0"/>
    <w:p w14:paraId="45CCD59E" w14:textId="77777777" w:rsidR="006316E0" w:rsidRDefault="00255881">
      <w:pPr>
        <w:spacing w:before="160" w:after="60"/>
      </w:pPr>
      <w:r>
        <w:rPr>
          <w:b/>
        </w:rPr>
        <w:t>17 / 22.  Updates on Issues and Developments / Matters Raised by Councillors</w:t>
      </w:r>
    </w:p>
    <w:p w14:paraId="5E2BE17E" w14:textId="77777777" w:rsidR="006316E0" w:rsidRDefault="00255881">
      <w:pPr>
        <w:spacing w:after="80"/>
      </w:pPr>
      <w:r>
        <w:t>The following matters were raised and agreed:</w:t>
      </w:r>
    </w:p>
    <w:p w14:paraId="54768978" w14:textId="77777777" w:rsidR="006316E0" w:rsidRDefault="00255881">
      <w:pPr>
        <w:spacing w:after="80"/>
        <w:ind w:left="850"/>
      </w:pPr>
      <w:r>
        <w:t>–  A new noticeboard: options to be investigated.</w:t>
      </w:r>
    </w:p>
    <w:p w14:paraId="6284B39B" w14:textId="77777777" w:rsidR="006316E0" w:rsidRDefault="00255881">
      <w:pPr>
        <w:spacing w:after="80"/>
        <w:ind w:left="850"/>
      </w:pPr>
      <w:r>
        <w:t>–  New keys required for the school noticeboard.</w:t>
      </w:r>
    </w:p>
    <w:p w14:paraId="17EB3A8C" w14:textId="77777777" w:rsidR="006316E0" w:rsidRDefault="00255881">
      <w:pPr>
        <w:spacing w:after="80"/>
        <w:ind w:left="850"/>
      </w:pPr>
      <w:r>
        <w:t>–  The new parish council website is available for members to review.</w:t>
      </w:r>
    </w:p>
    <w:p w14:paraId="3631BC4A" w14:textId="77777777" w:rsidR="006316E0" w:rsidRDefault="00255881">
      <w:pPr>
        <w:spacing w:after="80"/>
        <w:ind w:left="850"/>
      </w:pPr>
      <w:r>
        <w:t>–  New council email addresses: the Clerk to assist members with setup.</w:t>
      </w:r>
    </w:p>
    <w:p w14:paraId="2D113BE6" w14:textId="77777777" w:rsidR="006316E0" w:rsidRDefault="00255881">
      <w:pPr>
        <w:spacing w:after="80"/>
        <w:ind w:left="850"/>
      </w:pPr>
      <w:r>
        <w:t>–  Wessex Water contact details to be added to the website and Facebook page.</w:t>
      </w:r>
    </w:p>
    <w:p w14:paraId="0933B84E" w14:textId="77777777" w:rsidR="006316E0" w:rsidRDefault="00255881">
      <w:pPr>
        <w:spacing w:after="80"/>
        <w:ind w:left="850"/>
      </w:pPr>
      <w:r>
        <w:t>–  A smell from the sewage works had been reported; the Clerk agreed to notify the water board.</w:t>
      </w:r>
    </w:p>
    <w:p w14:paraId="20324255" w14:textId="77777777" w:rsidR="006316E0" w:rsidRDefault="00255881">
      <w:pPr>
        <w:spacing w:after="80"/>
        <w:ind w:left="850"/>
      </w:pPr>
      <w:r>
        <w:t>–  Village clean-up dates in October to be circulated.</w:t>
      </w:r>
    </w:p>
    <w:p w14:paraId="432780FC" w14:textId="77777777" w:rsidR="006316E0" w:rsidRDefault="00255881">
      <w:pPr>
        <w:spacing w:after="80"/>
        <w:ind w:left="850"/>
      </w:pPr>
      <w:r>
        <w:t>–  A proposal for wildflower planting to be added to a future agenda.</w:t>
      </w:r>
    </w:p>
    <w:p w14:paraId="5D8C0FAC" w14:textId="77777777" w:rsidR="006316E0" w:rsidRDefault="00255881">
      <w:pPr>
        <w:spacing w:after="60"/>
        <w:ind w:left="567"/>
      </w:pPr>
      <w:r>
        <w:rPr>
          <w:b/>
          <w:i/>
        </w:rPr>
        <w:t xml:space="preserve">Action: </w:t>
      </w:r>
      <w:r>
        <w:rPr>
          <w:i/>
        </w:rPr>
        <w:t xml:space="preserve">Investigate options for a new noticeboard. </w:t>
      </w:r>
      <w:r>
        <w:rPr>
          <w:b/>
          <w:i/>
        </w:rPr>
        <w:t>(Clerk)</w:t>
      </w:r>
    </w:p>
    <w:p w14:paraId="6142284D" w14:textId="77777777" w:rsidR="006316E0" w:rsidRDefault="00255881">
      <w:pPr>
        <w:spacing w:after="60"/>
        <w:ind w:left="567"/>
      </w:pPr>
      <w:r>
        <w:rPr>
          <w:b/>
          <w:i/>
        </w:rPr>
        <w:t xml:space="preserve">Action: </w:t>
      </w:r>
      <w:r>
        <w:rPr>
          <w:i/>
        </w:rPr>
        <w:t xml:space="preserve">Order new keys for school noticeboard. </w:t>
      </w:r>
      <w:r>
        <w:rPr>
          <w:b/>
          <w:i/>
        </w:rPr>
        <w:t>(Cllr Saunders)</w:t>
      </w:r>
    </w:p>
    <w:p w14:paraId="4211049D" w14:textId="77777777" w:rsidR="006316E0" w:rsidRDefault="00255881">
      <w:pPr>
        <w:spacing w:after="60"/>
        <w:ind w:left="567"/>
      </w:pPr>
      <w:r>
        <w:rPr>
          <w:b/>
          <w:i/>
        </w:rPr>
        <w:t xml:space="preserve">Action: </w:t>
      </w:r>
      <w:r>
        <w:rPr>
          <w:i/>
        </w:rPr>
        <w:t xml:space="preserve">Members to review the new parish council website. </w:t>
      </w:r>
      <w:r>
        <w:rPr>
          <w:b/>
          <w:i/>
        </w:rPr>
        <w:t>(All members)</w:t>
      </w:r>
    </w:p>
    <w:p w14:paraId="21EAD16E" w14:textId="77777777" w:rsidR="006316E0" w:rsidRDefault="00255881">
      <w:pPr>
        <w:spacing w:after="60"/>
        <w:ind w:left="567"/>
      </w:pPr>
      <w:r>
        <w:rPr>
          <w:b/>
          <w:i/>
        </w:rPr>
        <w:t xml:space="preserve">Action: </w:t>
      </w:r>
      <w:r>
        <w:rPr>
          <w:i/>
        </w:rPr>
        <w:t xml:space="preserve">Assist members with setting up new council email addresses. </w:t>
      </w:r>
      <w:r>
        <w:rPr>
          <w:b/>
          <w:i/>
        </w:rPr>
        <w:t>(Clerk)</w:t>
      </w:r>
    </w:p>
    <w:p w14:paraId="48712CFF" w14:textId="77777777" w:rsidR="006316E0" w:rsidRDefault="00255881">
      <w:pPr>
        <w:spacing w:after="60"/>
        <w:ind w:left="567"/>
      </w:pPr>
      <w:r>
        <w:rPr>
          <w:b/>
          <w:i/>
        </w:rPr>
        <w:t xml:space="preserve">Action: </w:t>
      </w:r>
      <w:r>
        <w:rPr>
          <w:i/>
        </w:rPr>
        <w:t xml:space="preserve">Add Wessex Water contact details to website and Facebook. </w:t>
      </w:r>
      <w:r>
        <w:rPr>
          <w:b/>
          <w:i/>
        </w:rPr>
        <w:t>(Clerk)</w:t>
      </w:r>
    </w:p>
    <w:p w14:paraId="38D809C7" w14:textId="77777777" w:rsidR="006316E0" w:rsidRDefault="00255881">
      <w:pPr>
        <w:spacing w:after="60"/>
        <w:ind w:left="567"/>
      </w:pPr>
      <w:r>
        <w:rPr>
          <w:b/>
          <w:i/>
        </w:rPr>
        <w:t xml:space="preserve">Action: </w:t>
      </w:r>
      <w:r>
        <w:rPr>
          <w:i/>
        </w:rPr>
        <w:t xml:space="preserve">Report sewage works smell to the water board. </w:t>
      </w:r>
      <w:r>
        <w:rPr>
          <w:b/>
          <w:i/>
        </w:rPr>
        <w:t>(Clerk)</w:t>
      </w:r>
    </w:p>
    <w:p w14:paraId="52FBFAA6" w14:textId="77777777" w:rsidR="006316E0" w:rsidRDefault="00255881">
      <w:pPr>
        <w:spacing w:after="60"/>
        <w:ind w:left="567"/>
      </w:pPr>
      <w:r>
        <w:rPr>
          <w:b/>
          <w:i/>
        </w:rPr>
        <w:t xml:space="preserve">Action: </w:t>
      </w:r>
      <w:r>
        <w:rPr>
          <w:i/>
        </w:rPr>
        <w:t xml:space="preserve">Circulate potential dates in October for village clean-up. </w:t>
      </w:r>
      <w:r>
        <w:rPr>
          <w:b/>
          <w:i/>
        </w:rPr>
        <w:t>(Clerk)</w:t>
      </w:r>
    </w:p>
    <w:p w14:paraId="27CB869A" w14:textId="77777777" w:rsidR="006316E0" w:rsidRDefault="00255881">
      <w:pPr>
        <w:spacing w:after="60"/>
        <w:ind w:left="567"/>
      </w:pPr>
      <w:r>
        <w:rPr>
          <w:b/>
          <w:i/>
        </w:rPr>
        <w:t xml:space="preserve">Action: </w:t>
      </w:r>
      <w:r>
        <w:rPr>
          <w:i/>
        </w:rPr>
        <w:t xml:space="preserve">Add wildflower planting proposal to a future agenda. </w:t>
      </w:r>
      <w:r>
        <w:rPr>
          <w:b/>
          <w:i/>
        </w:rPr>
        <w:t>(Clerk)</w:t>
      </w:r>
    </w:p>
    <w:p w14:paraId="45F782AF" w14:textId="77777777" w:rsidR="006316E0" w:rsidRDefault="006316E0"/>
    <w:p w14:paraId="435D4B04" w14:textId="77777777" w:rsidR="006316E0" w:rsidRDefault="006316E0">
      <w:pPr>
        <w:pBdr>
          <w:bottom w:val="single" w:sz="6" w:space="1" w:color="000000"/>
        </w:pBdr>
        <w:spacing w:before="120" w:after="120"/>
      </w:pPr>
    </w:p>
    <w:p w14:paraId="6D13B151" w14:textId="77777777" w:rsidR="006316E0" w:rsidRDefault="00255881">
      <w:pPr>
        <w:spacing w:before="160" w:after="80"/>
      </w:pPr>
      <w:r>
        <w:rPr>
          <w:b/>
          <w:color w:val="1F497D"/>
          <w:sz w:val="24"/>
        </w:rPr>
        <w:t>FINANCE</w:t>
      </w:r>
    </w:p>
    <w:p w14:paraId="27865A9A" w14:textId="77777777" w:rsidR="006316E0" w:rsidRDefault="00255881">
      <w:pPr>
        <w:spacing w:before="160" w:after="60"/>
      </w:pPr>
      <w:r>
        <w:rPr>
          <w:b/>
        </w:rPr>
        <w:t>20.  Finance – General</w:t>
      </w:r>
    </w:p>
    <w:p w14:paraId="684E8841" w14:textId="77777777" w:rsidR="006316E0" w:rsidRDefault="00255881">
      <w:pPr>
        <w:spacing w:after="60"/>
      </w:pPr>
      <w:r>
        <w:rPr>
          <w:b/>
        </w:rPr>
        <w:t>Payments for Approval</w:t>
      </w:r>
    </w:p>
    <w:tbl>
      <w:tblPr>
        <w:tblStyle w:val="TableGrid"/>
        <w:tblW w:w="0" w:type="auto"/>
        <w:tblLook w:val="04A0" w:firstRow="1" w:lastRow="0" w:firstColumn="1" w:lastColumn="0" w:noHBand="0" w:noVBand="1"/>
      </w:tblPr>
      <w:tblGrid>
        <w:gridCol w:w="4698"/>
        <w:gridCol w:w="4698"/>
      </w:tblGrid>
      <w:tr w:rsidR="006316E0" w14:paraId="5F9C02DB" w14:textId="77777777">
        <w:tc>
          <w:tcPr>
            <w:tcW w:w="4703" w:type="dxa"/>
          </w:tcPr>
          <w:p w14:paraId="27CE1C4D" w14:textId="77777777" w:rsidR="006316E0" w:rsidRDefault="00255881">
            <w:r>
              <w:rPr>
                <w:b/>
              </w:rPr>
              <w:t>Payee / Description</w:t>
            </w:r>
          </w:p>
        </w:tc>
        <w:tc>
          <w:tcPr>
            <w:tcW w:w="4703" w:type="dxa"/>
          </w:tcPr>
          <w:p w14:paraId="29208506" w14:textId="77777777" w:rsidR="006316E0" w:rsidRDefault="00255881">
            <w:r>
              <w:rPr>
                <w:b/>
              </w:rPr>
              <w:t>Amount</w:t>
            </w:r>
          </w:p>
        </w:tc>
      </w:tr>
      <w:tr w:rsidR="006316E0" w14:paraId="754D425F" w14:textId="77777777">
        <w:tc>
          <w:tcPr>
            <w:tcW w:w="4703" w:type="dxa"/>
          </w:tcPr>
          <w:p w14:paraId="7F2676ED" w14:textId="77777777" w:rsidR="006316E0" w:rsidRDefault="00255881">
            <w:r>
              <w:t>Balliol Hall Hire – Q2</w:t>
            </w:r>
          </w:p>
        </w:tc>
        <w:tc>
          <w:tcPr>
            <w:tcW w:w="4703" w:type="dxa"/>
          </w:tcPr>
          <w:p w14:paraId="01AD6D78" w14:textId="77777777" w:rsidR="006316E0" w:rsidRDefault="00255881">
            <w:r>
              <w:t>£28.00</w:t>
            </w:r>
          </w:p>
        </w:tc>
      </w:tr>
      <w:tr w:rsidR="006316E0" w14:paraId="489B7CF8" w14:textId="77777777">
        <w:tc>
          <w:tcPr>
            <w:tcW w:w="4703" w:type="dxa"/>
          </w:tcPr>
          <w:p w14:paraId="2FF8360B" w14:textId="77777777" w:rsidR="006316E0" w:rsidRDefault="00255881">
            <w:r>
              <w:t>Scribe Accounts Package</w:t>
            </w:r>
          </w:p>
        </w:tc>
        <w:tc>
          <w:tcPr>
            <w:tcW w:w="4703" w:type="dxa"/>
          </w:tcPr>
          <w:p w14:paraId="603E143E" w14:textId="77777777" w:rsidR="006316E0" w:rsidRDefault="00255881">
            <w:r>
              <w:t>£44.00</w:t>
            </w:r>
          </w:p>
        </w:tc>
      </w:tr>
      <w:tr w:rsidR="006316E0" w14:paraId="1660152E" w14:textId="77777777">
        <w:tc>
          <w:tcPr>
            <w:tcW w:w="4703" w:type="dxa"/>
          </w:tcPr>
          <w:p w14:paraId="101605E5" w14:textId="77777777" w:rsidR="006316E0" w:rsidRDefault="00255881">
            <w:r>
              <w:t>Mr S Chick – Grass Cutting (INV0540)</w:t>
            </w:r>
          </w:p>
        </w:tc>
        <w:tc>
          <w:tcPr>
            <w:tcW w:w="4703" w:type="dxa"/>
          </w:tcPr>
          <w:p w14:paraId="37ECE6D4" w14:textId="77777777" w:rsidR="006316E0" w:rsidRDefault="00255881">
            <w:r>
              <w:t>£640.00</w:t>
            </w:r>
          </w:p>
        </w:tc>
      </w:tr>
      <w:tr w:rsidR="006316E0" w14:paraId="136733E2" w14:textId="77777777">
        <w:tc>
          <w:tcPr>
            <w:tcW w:w="4703" w:type="dxa"/>
          </w:tcPr>
          <w:p w14:paraId="7F194818" w14:textId="77777777" w:rsidR="006316E0" w:rsidRDefault="00255881">
            <w:r>
              <w:t>Mr S Chick – Footpaths (INV0539)</w:t>
            </w:r>
          </w:p>
        </w:tc>
        <w:tc>
          <w:tcPr>
            <w:tcW w:w="4703" w:type="dxa"/>
          </w:tcPr>
          <w:p w14:paraId="07EFBE61" w14:textId="77777777" w:rsidR="006316E0" w:rsidRDefault="00255881">
            <w:r>
              <w:t>£345.00</w:t>
            </w:r>
          </w:p>
        </w:tc>
      </w:tr>
      <w:tr w:rsidR="006316E0" w14:paraId="671F7919" w14:textId="77777777">
        <w:tc>
          <w:tcPr>
            <w:tcW w:w="4703" w:type="dxa"/>
          </w:tcPr>
          <w:p w14:paraId="793E11C1" w14:textId="77777777" w:rsidR="006316E0" w:rsidRDefault="00255881">
            <w:r>
              <w:t>Mark Fiddes – Dead Tree Removal, Ilex Park</w:t>
            </w:r>
          </w:p>
        </w:tc>
        <w:tc>
          <w:tcPr>
            <w:tcW w:w="4703" w:type="dxa"/>
          </w:tcPr>
          <w:p w14:paraId="5D3C2334" w14:textId="77777777" w:rsidR="006316E0" w:rsidRDefault="00255881">
            <w:r>
              <w:t>£780.00</w:t>
            </w:r>
          </w:p>
        </w:tc>
      </w:tr>
    </w:tbl>
    <w:p w14:paraId="3D75B3E9" w14:textId="77777777" w:rsidR="006316E0" w:rsidRDefault="006316E0"/>
    <w:p w14:paraId="6783C6D6" w14:textId="77777777" w:rsidR="006316E0" w:rsidRDefault="00255881">
      <w:pPr>
        <w:spacing w:after="80"/>
        <w:ind w:left="567"/>
      </w:pPr>
      <w:r>
        <w:rPr>
          <w:b/>
        </w:rPr>
        <w:lastRenderedPageBreak/>
        <w:t xml:space="preserve">RESOLVED: </w:t>
      </w:r>
      <w:r>
        <w:t xml:space="preserve">That the payments listed above, </w:t>
      </w:r>
      <w:proofErr w:type="spellStart"/>
      <w:r>
        <w:t>totalling</w:t>
      </w:r>
      <w:proofErr w:type="spellEnd"/>
      <w:r>
        <w:t xml:space="preserve"> £1,837.00, be approved.</w:t>
      </w:r>
    </w:p>
    <w:p w14:paraId="456FEDBD" w14:textId="77777777" w:rsidR="006316E0" w:rsidRDefault="00255881">
      <w:pPr>
        <w:spacing w:before="80" w:after="60"/>
      </w:pPr>
      <w:r>
        <w:rPr>
          <w:b/>
        </w:rPr>
        <w:t>Receipts</w:t>
      </w:r>
    </w:p>
    <w:p w14:paraId="72003802" w14:textId="77777777" w:rsidR="006316E0" w:rsidRDefault="00255881">
      <w:pPr>
        <w:spacing w:after="80"/>
      </w:pPr>
      <w:r>
        <w:t>A VAT reclaim of £3,200 had been received. CIL monies are anticipated from the New Road development.</w:t>
      </w:r>
    </w:p>
    <w:p w14:paraId="0D71A874" w14:textId="77777777" w:rsidR="006316E0" w:rsidRDefault="00255881">
      <w:pPr>
        <w:spacing w:after="80"/>
      </w:pPr>
      <w:r>
        <w:t>The council briefly discussed potential uses for CIL funds. A proposal for a vending machine for locally produced goods (e.g. milk, eggs) was suggested for further consideration.</w:t>
      </w:r>
    </w:p>
    <w:p w14:paraId="5C582A0E" w14:textId="77777777" w:rsidR="006316E0" w:rsidRDefault="006316E0"/>
    <w:p w14:paraId="3D52329A" w14:textId="77777777" w:rsidR="006316E0" w:rsidRDefault="006316E0">
      <w:pPr>
        <w:pBdr>
          <w:bottom w:val="single" w:sz="6" w:space="1" w:color="000000"/>
        </w:pBdr>
        <w:spacing w:before="120" w:after="120"/>
      </w:pPr>
    </w:p>
    <w:p w14:paraId="156C1DC8" w14:textId="77777777" w:rsidR="006316E0" w:rsidRDefault="00255881">
      <w:pPr>
        <w:spacing w:before="160" w:after="60"/>
      </w:pPr>
      <w:r>
        <w:rPr>
          <w:b/>
        </w:rPr>
        <w:t>23.  Date and Time of Next Meeting</w:t>
      </w:r>
    </w:p>
    <w:p w14:paraId="6FBF4158" w14:textId="77777777" w:rsidR="006316E0" w:rsidRDefault="00255881">
      <w:pPr>
        <w:spacing w:after="80"/>
      </w:pPr>
      <w:r>
        <w:t>The next meeting of the Parish Council will be held on:</w:t>
      </w:r>
    </w:p>
    <w:p w14:paraId="173AB5F2" w14:textId="77777777" w:rsidR="006316E0" w:rsidRDefault="00255881">
      <w:pPr>
        <w:spacing w:before="80" w:after="80"/>
        <w:jc w:val="center"/>
      </w:pPr>
      <w:r>
        <w:rPr>
          <w:b/>
        </w:rPr>
        <w:t>Tuesday, 8 September 2026 at 7.00 pm, Balliol Hall, Church Road, West Huntspill</w:t>
      </w:r>
    </w:p>
    <w:p w14:paraId="4262CAD3" w14:textId="40158A61" w:rsidR="006316E0" w:rsidRDefault="00255881">
      <w:pPr>
        <w:spacing w:after="80"/>
      </w:pPr>
      <w:r>
        <w:t xml:space="preserve">Anticipated agenda items </w:t>
      </w:r>
      <w:proofErr w:type="gramStart"/>
      <w:r>
        <w:t>include:</w:t>
      </w:r>
      <w:proofErr w:type="gramEnd"/>
      <w:r>
        <w:t xml:space="preserve"> </w:t>
      </w:r>
      <w:r w:rsidR="00234773">
        <w:t>T</w:t>
      </w:r>
      <w:r>
        <w:t>ree grant</w:t>
      </w:r>
      <w:r w:rsidR="00234773">
        <w:t xml:space="preserve"> and </w:t>
      </w:r>
      <w:r>
        <w:t>wildflower planting.</w:t>
      </w:r>
    </w:p>
    <w:p w14:paraId="630BC62F" w14:textId="77777777" w:rsidR="006316E0" w:rsidRDefault="006316E0"/>
    <w:p w14:paraId="55BEE87E" w14:textId="77777777" w:rsidR="006316E0" w:rsidRDefault="006316E0">
      <w:pPr>
        <w:pBdr>
          <w:bottom w:val="single" w:sz="6" w:space="1" w:color="000000"/>
        </w:pBdr>
        <w:spacing w:before="120" w:after="120"/>
      </w:pPr>
    </w:p>
    <w:p w14:paraId="17EA0770" w14:textId="26DDDBE9" w:rsidR="006316E0" w:rsidRDefault="00255881">
      <w:r>
        <w:rPr>
          <w:i/>
        </w:rPr>
        <w:t xml:space="preserve">The meeting closed at </w:t>
      </w:r>
      <w:r w:rsidR="00D65F71">
        <w:rPr>
          <w:i/>
        </w:rPr>
        <w:t>20.15</w:t>
      </w:r>
      <w:r>
        <w:rPr>
          <w:i/>
        </w:rPr>
        <w:t>pm.</w:t>
      </w:r>
    </w:p>
    <w:p w14:paraId="082C091D" w14:textId="77777777" w:rsidR="006316E0" w:rsidRDefault="006316E0"/>
    <w:p w14:paraId="1C666492" w14:textId="77777777" w:rsidR="006316E0" w:rsidRDefault="00255881">
      <w:pPr>
        <w:spacing w:after="120"/>
      </w:pPr>
      <w:r>
        <w:rPr>
          <w:b/>
        </w:rPr>
        <w:t>Approved as a correct record:</w:t>
      </w:r>
    </w:p>
    <w:p w14:paraId="1F2CF003" w14:textId="77777777" w:rsidR="006316E0" w:rsidRDefault="00255881">
      <w:r>
        <w:t>Chair signature:  ______________________________</w:t>
      </w:r>
    </w:p>
    <w:p w14:paraId="1A0054B2" w14:textId="77777777" w:rsidR="006316E0" w:rsidRDefault="00255881">
      <w:r>
        <w:t>Print name:       ______________________________</w:t>
      </w:r>
    </w:p>
    <w:p w14:paraId="19BDED95" w14:textId="77777777" w:rsidR="006316E0" w:rsidRDefault="00255881">
      <w:r>
        <w:t>Date:             ______________________________</w:t>
      </w:r>
    </w:p>
    <w:sectPr w:rsidR="006316E0"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8009709">
    <w:abstractNumId w:val="8"/>
  </w:num>
  <w:num w:numId="2" w16cid:durableId="143476546">
    <w:abstractNumId w:val="6"/>
  </w:num>
  <w:num w:numId="3" w16cid:durableId="1108965343">
    <w:abstractNumId w:val="5"/>
  </w:num>
  <w:num w:numId="4" w16cid:durableId="1597245880">
    <w:abstractNumId w:val="4"/>
  </w:num>
  <w:num w:numId="5" w16cid:durableId="1617056849">
    <w:abstractNumId w:val="7"/>
  </w:num>
  <w:num w:numId="6" w16cid:durableId="348720165">
    <w:abstractNumId w:val="3"/>
  </w:num>
  <w:num w:numId="7" w16cid:durableId="48579006">
    <w:abstractNumId w:val="2"/>
  </w:num>
  <w:num w:numId="8" w16cid:durableId="341664026">
    <w:abstractNumId w:val="1"/>
  </w:num>
  <w:num w:numId="9" w16cid:durableId="16422285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61CC"/>
    <w:rsid w:val="00114CF0"/>
    <w:rsid w:val="0015074B"/>
    <w:rsid w:val="00234773"/>
    <w:rsid w:val="00255881"/>
    <w:rsid w:val="0029639D"/>
    <w:rsid w:val="003059D0"/>
    <w:rsid w:val="00326F90"/>
    <w:rsid w:val="004922C6"/>
    <w:rsid w:val="006316E0"/>
    <w:rsid w:val="00A34C18"/>
    <w:rsid w:val="00A50166"/>
    <w:rsid w:val="00AA1D8D"/>
    <w:rsid w:val="00AE5FA2"/>
    <w:rsid w:val="00B47730"/>
    <w:rsid w:val="00BF4010"/>
    <w:rsid w:val="00CB0664"/>
    <w:rsid w:val="00D56A9E"/>
    <w:rsid w:val="00D65F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D00C95"/>
  <w14:defaultImageDpi w14:val="300"/>
  <w15:docId w15:val="{EF5B2834-565F-7D41-812C-D28CE044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2078</Words>
  <Characters>11846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 Alexandra (WINSCOMBE SURGERY)</cp:lastModifiedBy>
  <cp:revision>2</cp:revision>
  <dcterms:created xsi:type="dcterms:W3CDTF">2026-08-29T11:45:00Z</dcterms:created>
  <dcterms:modified xsi:type="dcterms:W3CDTF">2026-08-29T11:45:00Z</dcterms:modified>
  <cp:category/>
</cp:coreProperties>
</file>