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7CF307" w14:textId="77777777" w:rsidR="00EC4BCD" w:rsidRPr="005E1B0D" w:rsidRDefault="00102431">
      <w:pPr>
        <w:spacing w:after="40"/>
        <w:jc w:val="center"/>
        <w:rPr>
          <w:rFonts w:asciiTheme="majorHAnsi" w:hAnsiTheme="majorHAnsi" w:cstheme="majorHAnsi"/>
          <w:sz w:val="28"/>
          <w:szCs w:val="28"/>
        </w:rPr>
      </w:pPr>
      <w:r w:rsidRPr="005E1B0D">
        <w:rPr>
          <w:rFonts w:asciiTheme="majorHAnsi" w:hAnsiTheme="majorHAnsi" w:cstheme="majorHAnsi"/>
          <w:b/>
          <w:sz w:val="28"/>
          <w:szCs w:val="28"/>
        </w:rPr>
        <w:t>WEST HUNTSPILL PARISH COUNCIL</w:t>
      </w:r>
    </w:p>
    <w:p w14:paraId="7E843373" w14:textId="77777777" w:rsidR="00EC4BCD" w:rsidRPr="005E1B0D" w:rsidRDefault="00102431">
      <w:pPr>
        <w:spacing w:after="40"/>
        <w:jc w:val="center"/>
        <w:rPr>
          <w:rFonts w:asciiTheme="majorHAnsi" w:hAnsiTheme="majorHAnsi" w:cstheme="majorHAnsi"/>
          <w:sz w:val="28"/>
          <w:szCs w:val="28"/>
        </w:rPr>
      </w:pPr>
      <w:r w:rsidRPr="005E1B0D">
        <w:rPr>
          <w:rFonts w:asciiTheme="majorHAnsi" w:hAnsiTheme="majorHAnsi" w:cstheme="majorHAnsi"/>
          <w:sz w:val="28"/>
          <w:szCs w:val="28"/>
        </w:rPr>
        <w:t>Meeting of the Parish Council</w:t>
      </w:r>
    </w:p>
    <w:p w14:paraId="30B6BE2F" w14:textId="6CC13756" w:rsidR="00EC4BCD" w:rsidRPr="005E1B0D" w:rsidRDefault="00102431">
      <w:pPr>
        <w:spacing w:after="40"/>
        <w:jc w:val="center"/>
        <w:rPr>
          <w:rFonts w:asciiTheme="majorHAnsi" w:hAnsiTheme="majorHAnsi" w:cstheme="majorHAnsi"/>
          <w:sz w:val="28"/>
          <w:szCs w:val="28"/>
        </w:rPr>
      </w:pPr>
      <w:r w:rsidRPr="005E1B0D">
        <w:rPr>
          <w:rFonts w:asciiTheme="majorHAnsi" w:hAnsiTheme="majorHAnsi" w:cstheme="majorHAnsi"/>
          <w:sz w:val="28"/>
          <w:szCs w:val="28"/>
        </w:rPr>
        <w:t xml:space="preserve">To be held on Tuesday </w:t>
      </w:r>
      <w:r w:rsidR="00B121F4" w:rsidRPr="005E1B0D">
        <w:rPr>
          <w:rFonts w:asciiTheme="majorHAnsi" w:hAnsiTheme="majorHAnsi" w:cstheme="majorHAnsi"/>
          <w:sz w:val="28"/>
          <w:szCs w:val="28"/>
        </w:rPr>
        <w:t>13</w:t>
      </w:r>
      <w:r w:rsidR="00B121F4" w:rsidRPr="005E1B0D">
        <w:rPr>
          <w:rFonts w:asciiTheme="majorHAnsi" w:hAnsiTheme="majorHAnsi" w:cstheme="majorHAnsi"/>
          <w:sz w:val="28"/>
          <w:szCs w:val="28"/>
          <w:vertAlign w:val="superscript"/>
        </w:rPr>
        <w:t>th</w:t>
      </w:r>
      <w:r w:rsidR="00B121F4" w:rsidRPr="005E1B0D">
        <w:rPr>
          <w:rFonts w:asciiTheme="majorHAnsi" w:hAnsiTheme="majorHAnsi" w:cstheme="majorHAnsi"/>
          <w:sz w:val="28"/>
          <w:szCs w:val="28"/>
        </w:rPr>
        <w:t xml:space="preserve"> October </w:t>
      </w:r>
      <w:r w:rsidRPr="005E1B0D">
        <w:rPr>
          <w:rFonts w:asciiTheme="majorHAnsi" w:hAnsiTheme="majorHAnsi" w:cstheme="majorHAnsi"/>
          <w:sz w:val="28"/>
          <w:szCs w:val="28"/>
        </w:rPr>
        <w:t>2026 at 7.00 pm</w:t>
      </w:r>
    </w:p>
    <w:p w14:paraId="6DAAF134" w14:textId="5D1F7E94" w:rsidR="00EC4BCD" w:rsidRPr="005E1B0D" w:rsidRDefault="00027B94">
      <w:pPr>
        <w:jc w:val="center"/>
        <w:rPr>
          <w:rFonts w:asciiTheme="majorHAnsi" w:hAnsiTheme="majorHAnsi" w:cstheme="majorHAnsi"/>
          <w:sz w:val="28"/>
          <w:szCs w:val="28"/>
        </w:rPr>
      </w:pPr>
      <w:r w:rsidRPr="005E1B0D">
        <w:rPr>
          <w:rFonts w:asciiTheme="majorHAnsi" w:hAnsiTheme="majorHAnsi" w:cstheme="majorHAnsi"/>
          <w:sz w:val="28"/>
          <w:szCs w:val="28"/>
        </w:rPr>
        <w:t>A</w:t>
      </w:r>
      <w:r w:rsidR="00102431" w:rsidRPr="005E1B0D">
        <w:rPr>
          <w:rFonts w:asciiTheme="majorHAnsi" w:hAnsiTheme="majorHAnsi" w:cstheme="majorHAnsi"/>
          <w:sz w:val="28"/>
          <w:szCs w:val="28"/>
        </w:rPr>
        <w:t>t</w:t>
      </w:r>
      <w:r w:rsidRPr="005E1B0D">
        <w:rPr>
          <w:rFonts w:asciiTheme="majorHAnsi" w:hAnsiTheme="majorHAnsi" w:cstheme="majorHAnsi"/>
          <w:sz w:val="28"/>
          <w:szCs w:val="28"/>
        </w:rPr>
        <w:t xml:space="preserve"> Cricket Pavilion</w:t>
      </w:r>
      <w:r w:rsidR="006133A5" w:rsidRPr="005E1B0D">
        <w:rPr>
          <w:rFonts w:asciiTheme="majorHAnsi" w:hAnsiTheme="majorHAnsi" w:cstheme="majorHAnsi"/>
          <w:sz w:val="28"/>
          <w:szCs w:val="28"/>
        </w:rPr>
        <w:t>, New Road</w:t>
      </w:r>
      <w:r w:rsidR="00102431" w:rsidRPr="005E1B0D">
        <w:rPr>
          <w:rFonts w:asciiTheme="majorHAnsi" w:hAnsiTheme="majorHAnsi" w:cstheme="majorHAnsi"/>
          <w:sz w:val="28"/>
          <w:szCs w:val="28"/>
        </w:rPr>
        <w:t>, West Huntspill</w:t>
      </w:r>
    </w:p>
    <w:p w14:paraId="51F459D1" w14:textId="77777777" w:rsidR="00EC4BCD" w:rsidRPr="00800057" w:rsidRDefault="00102431">
      <w:pPr>
        <w:jc w:val="center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AGENDA</w:t>
      </w:r>
    </w:p>
    <w:p w14:paraId="26267F6B" w14:textId="77777777" w:rsidR="00EC4BCD" w:rsidRPr="00800057" w:rsidRDefault="00102431">
      <w:pPr>
        <w:spacing w:after="16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i/>
          <w:sz w:val="24"/>
          <w:szCs w:val="24"/>
        </w:rPr>
        <w:t>The meeting will open with a public participation session of up to 30 minutes duration, should any member of the public wish to speak.</w:t>
      </w:r>
    </w:p>
    <w:p w14:paraId="2DF2F334" w14:textId="77777777" w:rsidR="00EC4BCD" w:rsidRPr="00800057" w:rsidRDefault="00102431">
      <w:pPr>
        <w:spacing w:after="2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i/>
          <w:sz w:val="24"/>
          <w:szCs w:val="24"/>
        </w:rPr>
        <w:t>Members are reminded that the Council has a general duty to consider the following matters in the exercise of any of its functions: Equal Opportunities (race, gender, sexual orientation, marital status and disability), Crime and Disorder, Health and Safety, Biodiversity and Human Rights.</w:t>
      </w:r>
    </w:p>
    <w:p w14:paraId="5C68E8BB" w14:textId="77777777" w:rsidR="00EC4BCD" w:rsidRPr="00800057" w:rsidRDefault="00102431">
      <w:pPr>
        <w:keepNext/>
        <w:spacing w:before="200" w:after="8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  <w:u w:val="single"/>
        </w:rPr>
        <w:t>PROCEDURAL ITEMS</w:t>
      </w:r>
    </w:p>
    <w:p w14:paraId="3FB53BC7" w14:textId="77777777" w:rsidR="00EC4BCD" w:rsidRPr="00800057" w:rsidRDefault="00102431">
      <w:pPr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1.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Apologies for Absence</w:t>
      </w:r>
    </w:p>
    <w:p w14:paraId="3535D3D3" w14:textId="63A9F93F" w:rsidR="0071769E" w:rsidRPr="00800057" w:rsidRDefault="00102431" w:rsidP="00B121F4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To receive and approve apologies for absence.</w:t>
      </w:r>
    </w:p>
    <w:p w14:paraId="27986625" w14:textId="77777777" w:rsidR="00EC4BCD" w:rsidRPr="00800057" w:rsidRDefault="00EC4BCD">
      <w:pPr>
        <w:spacing w:after="80"/>
        <w:rPr>
          <w:rFonts w:asciiTheme="majorHAnsi" w:hAnsiTheme="majorHAnsi" w:cstheme="majorHAnsi"/>
          <w:sz w:val="24"/>
          <w:szCs w:val="24"/>
        </w:rPr>
      </w:pPr>
    </w:p>
    <w:p w14:paraId="1C93589C" w14:textId="77777777" w:rsidR="00EC4BCD" w:rsidRPr="00800057" w:rsidRDefault="00102431">
      <w:pPr>
        <w:keepNext/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2.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Declarations of Interest and Dispensations</w:t>
      </w:r>
    </w:p>
    <w:p w14:paraId="5BBB10DE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To receive declarations of interest from members.</w:t>
      </w:r>
    </w:p>
    <w:p w14:paraId="05B66874" w14:textId="40CE6C39" w:rsidR="0071769E" w:rsidRPr="00800057" w:rsidRDefault="00102431" w:rsidP="00B121F4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To consider any requests for dispensations.</w:t>
      </w:r>
    </w:p>
    <w:p w14:paraId="655733D2" w14:textId="77777777" w:rsidR="00EC4BCD" w:rsidRPr="00800057" w:rsidRDefault="00EC4BCD">
      <w:pPr>
        <w:spacing w:after="80"/>
        <w:rPr>
          <w:rFonts w:asciiTheme="majorHAnsi" w:hAnsiTheme="majorHAnsi" w:cstheme="majorHAnsi"/>
          <w:sz w:val="24"/>
          <w:szCs w:val="24"/>
        </w:rPr>
      </w:pPr>
    </w:p>
    <w:p w14:paraId="5D6BE51D" w14:textId="77777777" w:rsidR="00EC4BCD" w:rsidRPr="00800057" w:rsidRDefault="00102431">
      <w:pPr>
        <w:keepNext/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3.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Approval of Minutes and Clerk's Report</w:t>
      </w:r>
    </w:p>
    <w:p w14:paraId="0F4183F9" w14:textId="43ACAE41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 xml:space="preserve">To approve the minutes of the Parish Council meeting held on </w:t>
      </w:r>
      <w:r w:rsidR="00B121F4">
        <w:rPr>
          <w:rFonts w:asciiTheme="majorHAnsi" w:hAnsiTheme="majorHAnsi" w:cstheme="majorHAnsi"/>
          <w:sz w:val="24"/>
          <w:szCs w:val="24"/>
        </w:rPr>
        <w:t>8</w:t>
      </w:r>
      <w:r w:rsidRPr="00800057">
        <w:rPr>
          <w:rFonts w:asciiTheme="majorHAnsi" w:hAnsiTheme="majorHAnsi" w:cstheme="majorHAnsi"/>
          <w:sz w:val="24"/>
          <w:szCs w:val="24"/>
        </w:rPr>
        <w:t xml:space="preserve">th </w:t>
      </w:r>
      <w:r w:rsidR="00B121F4">
        <w:rPr>
          <w:rFonts w:asciiTheme="majorHAnsi" w:hAnsiTheme="majorHAnsi" w:cstheme="majorHAnsi"/>
          <w:sz w:val="24"/>
          <w:szCs w:val="24"/>
        </w:rPr>
        <w:t>September</w:t>
      </w:r>
      <w:r w:rsidRPr="00800057">
        <w:rPr>
          <w:rFonts w:asciiTheme="majorHAnsi" w:hAnsiTheme="majorHAnsi" w:cstheme="majorHAnsi"/>
          <w:sz w:val="24"/>
          <w:szCs w:val="24"/>
        </w:rPr>
        <w:t xml:space="preserve"> 2026.</w:t>
      </w:r>
    </w:p>
    <w:p w14:paraId="5F70934A" w14:textId="77777777" w:rsidR="00EC4BCD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To receive and approve the Clerk's Report.</w:t>
      </w:r>
    </w:p>
    <w:p w14:paraId="2C635A3C" w14:textId="77777777" w:rsidR="0071769E" w:rsidRDefault="0071769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3AE374AE" w14:textId="77777777" w:rsidR="00EC4BCD" w:rsidRPr="00800057" w:rsidRDefault="00102431">
      <w:pPr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4.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Matters Arising from the Minutes</w:t>
      </w:r>
    </w:p>
    <w:p w14:paraId="430005A9" w14:textId="77777777" w:rsidR="00EC4BCD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To consider matters arising not covered elsewhere on the agenda.</w:t>
      </w:r>
    </w:p>
    <w:p w14:paraId="6D8AFF23" w14:textId="77777777" w:rsidR="0071769E" w:rsidRDefault="0071769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7D5CA9B2" w14:textId="77777777" w:rsidR="00EC4BCD" w:rsidRDefault="00102431">
      <w:pPr>
        <w:spacing w:after="40"/>
        <w:rPr>
          <w:rFonts w:asciiTheme="majorHAnsi" w:hAnsiTheme="majorHAnsi" w:cstheme="majorHAnsi"/>
          <w:b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5.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Edenstone Housing Development – New Road</w:t>
      </w:r>
    </w:p>
    <w:p w14:paraId="0B027E7E" w14:textId="77777777" w:rsidR="0071769E" w:rsidRDefault="0071769E">
      <w:pPr>
        <w:spacing w:after="40"/>
        <w:rPr>
          <w:rFonts w:asciiTheme="majorHAnsi" w:hAnsiTheme="majorHAnsi" w:cstheme="majorHAnsi"/>
          <w:b/>
          <w:sz w:val="24"/>
          <w:szCs w:val="24"/>
        </w:rPr>
      </w:pPr>
    </w:p>
    <w:p w14:paraId="2690F66E" w14:textId="77777777" w:rsidR="0071769E" w:rsidRDefault="0071769E">
      <w:pPr>
        <w:spacing w:after="40"/>
        <w:rPr>
          <w:rFonts w:asciiTheme="majorHAnsi" w:hAnsiTheme="majorHAnsi" w:cstheme="majorHAnsi"/>
          <w:b/>
          <w:sz w:val="24"/>
          <w:szCs w:val="24"/>
        </w:rPr>
      </w:pPr>
    </w:p>
    <w:p w14:paraId="2218083D" w14:textId="77777777" w:rsidR="0071769E" w:rsidRDefault="0071769E">
      <w:pPr>
        <w:spacing w:after="40"/>
        <w:rPr>
          <w:rFonts w:asciiTheme="majorHAnsi" w:hAnsiTheme="majorHAnsi" w:cstheme="majorHAnsi"/>
          <w:b/>
          <w:sz w:val="24"/>
          <w:szCs w:val="24"/>
        </w:rPr>
      </w:pPr>
    </w:p>
    <w:p w14:paraId="2F14703A" w14:textId="77777777" w:rsidR="0071769E" w:rsidRDefault="0071769E">
      <w:pPr>
        <w:spacing w:after="40"/>
        <w:rPr>
          <w:rFonts w:asciiTheme="majorHAnsi" w:hAnsiTheme="majorHAnsi" w:cstheme="majorHAnsi"/>
          <w:b/>
          <w:sz w:val="24"/>
          <w:szCs w:val="24"/>
        </w:rPr>
      </w:pPr>
    </w:p>
    <w:p w14:paraId="40B99FA5" w14:textId="77777777" w:rsidR="0071769E" w:rsidRDefault="0071769E">
      <w:pPr>
        <w:spacing w:after="40"/>
        <w:rPr>
          <w:rFonts w:asciiTheme="majorHAnsi" w:hAnsiTheme="majorHAnsi" w:cstheme="majorHAnsi"/>
          <w:b/>
          <w:sz w:val="24"/>
          <w:szCs w:val="24"/>
        </w:rPr>
      </w:pPr>
    </w:p>
    <w:p w14:paraId="4AE1752B" w14:textId="77777777" w:rsidR="00EC4BCD" w:rsidRPr="00800057" w:rsidRDefault="00102431">
      <w:pPr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6.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Public Participation (at the Chairman's Discretion)</w:t>
      </w:r>
    </w:p>
    <w:p w14:paraId="4658DA06" w14:textId="77777777" w:rsidR="00EC4BCD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To allow members of the public to make comments or raise issues.</w:t>
      </w:r>
    </w:p>
    <w:p w14:paraId="7F6C6B66" w14:textId="77777777" w:rsidR="0071769E" w:rsidRDefault="0071769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725311BB" w14:textId="77777777" w:rsidR="00EC4BCD" w:rsidRPr="00800057" w:rsidRDefault="00102431">
      <w:pPr>
        <w:keepNext/>
        <w:spacing w:before="200" w:after="8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  <w:u w:val="single"/>
        </w:rPr>
        <w:t>PARISH COUNCIL BUSINESS</w:t>
      </w:r>
    </w:p>
    <w:p w14:paraId="77DC1E9A" w14:textId="77777777" w:rsidR="00EC4BCD" w:rsidRPr="00800057" w:rsidRDefault="00102431">
      <w:pPr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7.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Report from Somerset Councillors</w:t>
      </w:r>
    </w:p>
    <w:p w14:paraId="528EFAE5" w14:textId="77777777" w:rsidR="00EC4BCD" w:rsidRPr="00800057" w:rsidRDefault="00EC4BCD">
      <w:pPr>
        <w:spacing w:after="80"/>
        <w:rPr>
          <w:rFonts w:asciiTheme="majorHAnsi" w:hAnsiTheme="majorHAnsi" w:cstheme="majorHAnsi"/>
          <w:sz w:val="24"/>
          <w:szCs w:val="24"/>
        </w:rPr>
      </w:pPr>
    </w:p>
    <w:p w14:paraId="523C1442" w14:textId="77777777" w:rsidR="00EC4BCD" w:rsidRDefault="00102431">
      <w:pPr>
        <w:spacing w:after="40"/>
        <w:rPr>
          <w:rFonts w:asciiTheme="majorHAnsi" w:hAnsiTheme="majorHAnsi" w:cstheme="majorHAnsi"/>
          <w:b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8.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Swell Close</w:t>
      </w:r>
    </w:p>
    <w:p w14:paraId="65E892C0" w14:textId="77777777" w:rsidR="0071769E" w:rsidRDefault="0071769E">
      <w:pPr>
        <w:spacing w:after="40"/>
        <w:rPr>
          <w:rFonts w:asciiTheme="majorHAnsi" w:hAnsiTheme="majorHAnsi" w:cstheme="majorHAnsi"/>
          <w:b/>
          <w:sz w:val="24"/>
          <w:szCs w:val="24"/>
        </w:rPr>
      </w:pPr>
    </w:p>
    <w:p w14:paraId="2AF95A43" w14:textId="77777777" w:rsidR="00EC4BCD" w:rsidRDefault="00102431">
      <w:pPr>
        <w:keepNext/>
        <w:spacing w:after="80"/>
        <w:rPr>
          <w:rFonts w:asciiTheme="majorHAnsi" w:hAnsiTheme="majorHAnsi" w:cstheme="majorHAnsi"/>
          <w:b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9.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Planning</w:t>
      </w:r>
    </w:p>
    <w:p w14:paraId="20610250" w14:textId="522E3B8C" w:rsidR="007839AA" w:rsidRPr="00BE102E" w:rsidRDefault="007839AA" w:rsidP="00BE102E">
      <w:pPr>
        <w:rPr>
          <w:lang w:val="en-GB" w:eastAsia="en-GB"/>
        </w:rPr>
      </w:pPr>
      <w:r w:rsidRPr="00BE102E">
        <w:tab/>
      </w:r>
    </w:p>
    <w:p w14:paraId="44A2746E" w14:textId="08C4EED5" w:rsidR="007839AA" w:rsidRPr="00BE102E" w:rsidRDefault="007839AA" w:rsidP="00BE102E">
      <w:pPr>
        <w:rPr>
          <w:b/>
          <w:bCs/>
          <w:u w:val="single"/>
          <w:lang w:val="en-GB" w:eastAsia="en-GB"/>
        </w:rPr>
      </w:pPr>
      <w:r w:rsidRPr="00BE102E">
        <w:rPr>
          <w:b/>
          <w:bCs/>
          <w:u w:val="single"/>
          <w:lang w:val="en-GB" w:eastAsia="en-GB"/>
        </w:rPr>
        <w:t>52/26/00009</w:t>
      </w:r>
      <w:r w:rsidR="00BE102E" w:rsidRPr="00BE102E">
        <w:rPr>
          <w:b/>
          <w:bCs/>
          <w:u w:val="single"/>
          <w:lang w:val="en-GB" w:eastAsia="en-GB"/>
        </w:rPr>
        <w:t xml:space="preserve"> - </w:t>
      </w:r>
      <w:r w:rsidR="00BE102E" w:rsidRPr="00BE102E">
        <w:rPr>
          <w:b/>
          <w:bCs/>
          <w:u w:val="single"/>
          <w:lang w:val="en-GB" w:eastAsia="en-GB"/>
        </w:rPr>
        <w:t>West Huntspill</w:t>
      </w:r>
      <w:r w:rsidR="00BE102E" w:rsidRPr="00BE102E">
        <w:rPr>
          <w:b/>
          <w:bCs/>
          <w:u w:val="single"/>
          <w:lang w:val="en-GB" w:eastAsia="en-GB"/>
        </w:rPr>
        <w:t xml:space="preserve"> - </w:t>
      </w:r>
      <w:r w:rsidR="00BE102E" w:rsidRPr="00BE102E">
        <w:rPr>
          <w:b/>
          <w:bCs/>
          <w:u w:val="single"/>
          <w:lang w:val="en-GB" w:eastAsia="en-GB"/>
        </w:rPr>
        <w:t>Registered Date:</w:t>
      </w:r>
      <w:r w:rsidR="00BE102E" w:rsidRPr="00BE102E">
        <w:rPr>
          <w:b/>
          <w:bCs/>
          <w:u w:val="single"/>
          <w:lang w:val="en-GB" w:eastAsia="en-GB"/>
        </w:rPr>
        <w:t xml:space="preserve"> </w:t>
      </w:r>
      <w:r w:rsidR="00BE102E" w:rsidRPr="00BE102E">
        <w:rPr>
          <w:b/>
          <w:bCs/>
          <w:u w:val="single"/>
          <w:lang w:val="en-GB" w:eastAsia="en-GB"/>
        </w:rPr>
        <w:t>04/08/2026</w:t>
      </w:r>
    </w:p>
    <w:p w14:paraId="1EA4A41D" w14:textId="4900FEFD" w:rsidR="007839AA" w:rsidRPr="00BE102E" w:rsidRDefault="007839AA" w:rsidP="00BE102E">
      <w:pPr>
        <w:rPr>
          <w:b/>
          <w:bCs/>
          <w:lang w:val="en-GB" w:eastAsia="en-GB"/>
        </w:rPr>
      </w:pPr>
      <w:r w:rsidRPr="00BE102E">
        <w:rPr>
          <w:b/>
          <w:bCs/>
          <w:lang w:val="en-GB" w:eastAsia="en-GB"/>
        </w:rPr>
        <w:t>Modification/discharge of Planning Oblig</w:t>
      </w:r>
      <w:r w:rsidR="006312B7" w:rsidRPr="00BE102E">
        <w:rPr>
          <w:b/>
          <w:bCs/>
          <w:lang w:val="en-GB" w:eastAsia="en-GB"/>
        </w:rPr>
        <w:t>ation</w:t>
      </w:r>
    </w:p>
    <w:p w14:paraId="71F79265" w14:textId="01DF857D" w:rsidR="007839AA" w:rsidRPr="00BE102E" w:rsidRDefault="007839AA" w:rsidP="00BE102E">
      <w:pPr>
        <w:rPr>
          <w:b/>
          <w:bCs/>
          <w:lang w:val="en-GB" w:eastAsia="en-GB"/>
        </w:rPr>
      </w:pPr>
      <w:r w:rsidRPr="00BE102E">
        <w:rPr>
          <w:b/>
          <w:bCs/>
          <w:lang w:val="en-GB" w:eastAsia="en-GB"/>
        </w:rPr>
        <w:t>Applicant:</w:t>
      </w:r>
      <w:r w:rsidR="00BE102E">
        <w:rPr>
          <w:b/>
          <w:bCs/>
          <w:lang w:val="en-GB" w:eastAsia="en-GB"/>
        </w:rPr>
        <w:t xml:space="preserve"> </w:t>
      </w:r>
      <w:r w:rsidRPr="00BE102E">
        <w:rPr>
          <w:lang w:val="en-GB" w:eastAsia="en-GB"/>
        </w:rPr>
        <w:t>Stonewater Developments Ltd</w:t>
      </w:r>
    </w:p>
    <w:p w14:paraId="50183087" w14:textId="7156A69F" w:rsidR="007839AA" w:rsidRPr="00BE102E" w:rsidRDefault="007839AA" w:rsidP="00BE102E">
      <w:pPr>
        <w:rPr>
          <w:lang w:val="en-GB" w:eastAsia="en-GB"/>
        </w:rPr>
      </w:pPr>
      <w:r w:rsidRPr="00BE102E">
        <w:rPr>
          <w:b/>
          <w:bCs/>
          <w:lang w:val="en-GB" w:eastAsia="en-GB"/>
        </w:rPr>
        <w:t>Location:</w:t>
      </w:r>
      <w:r w:rsidR="00BE102E">
        <w:rPr>
          <w:lang w:val="en-GB" w:eastAsia="en-GB"/>
        </w:rPr>
        <w:t xml:space="preserve"> </w:t>
      </w:r>
      <w:r w:rsidRPr="00BE102E">
        <w:rPr>
          <w:lang w:val="en-GB" w:eastAsia="en-GB"/>
        </w:rPr>
        <w:t>Land South Of, New Road, West Huntspill, Highbridge, Somerset, TA9</w:t>
      </w:r>
    </w:p>
    <w:p w14:paraId="4B0A7C6A" w14:textId="77777777" w:rsidR="007839AA" w:rsidRPr="00BE102E" w:rsidRDefault="007839AA" w:rsidP="00BE102E">
      <w:pPr>
        <w:rPr>
          <w:b/>
          <w:bCs/>
          <w:lang w:val="en-GB" w:eastAsia="en-GB"/>
        </w:rPr>
      </w:pPr>
      <w:r w:rsidRPr="00BE102E">
        <w:rPr>
          <w:b/>
          <w:bCs/>
          <w:lang w:val="en-GB" w:eastAsia="en-GB"/>
        </w:rPr>
        <w:t>Proposal:</w:t>
      </w:r>
    </w:p>
    <w:p w14:paraId="6C53D263" w14:textId="77777777" w:rsidR="007839AA" w:rsidRPr="00BE102E" w:rsidRDefault="007839AA" w:rsidP="00BE102E">
      <w:pPr>
        <w:rPr>
          <w:lang w:val="en-GB" w:eastAsia="en-GB"/>
        </w:rPr>
      </w:pPr>
      <w:r w:rsidRPr="00BE102E">
        <w:rPr>
          <w:lang w:val="en-GB" w:eastAsia="en-GB"/>
        </w:rPr>
        <w:t>Application for the modification of Planning Obligation (Section 106 Agreement) dated 13 June 2023 relating to Planning Permission 52/20/00024 to amend the affordable housing tenure mix.</w:t>
      </w:r>
    </w:p>
    <w:p w14:paraId="2EC8FD1A" w14:textId="02F90818" w:rsidR="007839AA" w:rsidRDefault="007839AA" w:rsidP="00BE102E">
      <w:pPr>
        <w:rPr>
          <w:lang w:val="en-GB" w:eastAsia="en-GB"/>
        </w:rPr>
      </w:pPr>
      <w:r w:rsidRPr="00BE102E">
        <w:rPr>
          <w:lang w:val="en-GB" w:eastAsia="en-GB"/>
        </w:rPr>
        <w:t>Case Officer:</w:t>
      </w:r>
      <w:r w:rsidR="00BE102E">
        <w:rPr>
          <w:lang w:val="en-GB" w:eastAsia="en-GB"/>
        </w:rPr>
        <w:t xml:space="preserve"> </w:t>
      </w:r>
      <w:r w:rsidRPr="00BE102E">
        <w:rPr>
          <w:lang w:val="en-GB" w:eastAsia="en-GB"/>
        </w:rPr>
        <w:t>Ellena Fletcher</w:t>
      </w:r>
    </w:p>
    <w:p w14:paraId="546C9E10" w14:textId="3E578B94" w:rsidR="005E1B0D" w:rsidRDefault="005E1B0D" w:rsidP="00BE102E">
      <w:pPr>
        <w:rPr>
          <w:lang w:val="en-GB" w:eastAsia="en-GB"/>
        </w:rPr>
      </w:pPr>
      <w:hyperlink r:id="rId8" w:history="1">
        <w:r w:rsidRPr="00245030">
          <w:rPr>
            <w:rStyle w:val="Hyperlink"/>
            <w:lang w:val="en-GB" w:eastAsia="en-GB"/>
          </w:rPr>
          <w:t>https://sdc.somerset.gov.uk/Planning_Online/GetDetails?app=52/26/00009&amp;p=West%20Huntspill</w:t>
        </w:r>
      </w:hyperlink>
    </w:p>
    <w:p w14:paraId="352C174E" w14:textId="77777777" w:rsidR="006312B7" w:rsidRPr="005E1B0D" w:rsidRDefault="006312B7" w:rsidP="00BE102E">
      <w:pPr>
        <w:rPr>
          <w:u w:val="single"/>
          <w:lang w:val="en-GB" w:eastAsia="en-GB"/>
        </w:rPr>
      </w:pPr>
    </w:p>
    <w:p w14:paraId="79A2FE30" w14:textId="499219D3" w:rsidR="006312B7" w:rsidRPr="005E1B0D" w:rsidRDefault="006312B7" w:rsidP="00BE102E">
      <w:pPr>
        <w:rPr>
          <w:b/>
          <w:bCs/>
          <w:u w:val="single"/>
          <w:lang w:val="en-GB" w:eastAsia="en-GB"/>
        </w:rPr>
      </w:pPr>
      <w:r w:rsidRPr="005E1B0D">
        <w:rPr>
          <w:b/>
          <w:bCs/>
          <w:u w:val="single"/>
          <w:lang w:val="en-GB" w:eastAsia="en-GB"/>
        </w:rPr>
        <w:t>52/26/00014</w:t>
      </w:r>
      <w:r w:rsidR="00BE102E" w:rsidRPr="005E1B0D">
        <w:rPr>
          <w:b/>
          <w:bCs/>
          <w:u w:val="single"/>
          <w:lang w:val="en-GB" w:eastAsia="en-GB"/>
        </w:rPr>
        <w:t xml:space="preserve"> -</w:t>
      </w:r>
      <w:r w:rsidRPr="005E1B0D">
        <w:rPr>
          <w:b/>
          <w:bCs/>
          <w:u w:val="single"/>
          <w:lang w:val="en-GB" w:eastAsia="en-GB"/>
        </w:rPr>
        <w:t>West Huntspill</w:t>
      </w:r>
      <w:r w:rsidR="00BE102E" w:rsidRPr="005E1B0D">
        <w:rPr>
          <w:b/>
          <w:bCs/>
          <w:u w:val="single"/>
          <w:lang w:val="en-GB" w:eastAsia="en-GB"/>
        </w:rPr>
        <w:t xml:space="preserve"> -</w:t>
      </w:r>
      <w:r w:rsidRPr="005E1B0D">
        <w:rPr>
          <w:b/>
          <w:bCs/>
          <w:u w:val="single"/>
          <w:lang w:val="en-GB" w:eastAsia="en-GB"/>
        </w:rPr>
        <w:t>Registered Date:29/08/2026</w:t>
      </w:r>
    </w:p>
    <w:p w14:paraId="46526201" w14:textId="77777777" w:rsidR="006312B7" w:rsidRPr="005E1B0D" w:rsidRDefault="006312B7" w:rsidP="00BE102E">
      <w:pPr>
        <w:rPr>
          <w:b/>
          <w:bCs/>
          <w:lang w:val="en-GB" w:eastAsia="en-GB"/>
        </w:rPr>
      </w:pPr>
      <w:r w:rsidRPr="005E1B0D">
        <w:rPr>
          <w:b/>
          <w:bCs/>
          <w:lang w:val="en-GB" w:eastAsia="en-GB"/>
        </w:rPr>
        <w:t>Full Planning Permission</w:t>
      </w:r>
    </w:p>
    <w:p w14:paraId="03FECCC2" w14:textId="435CA50E" w:rsidR="006312B7" w:rsidRPr="005E1B0D" w:rsidRDefault="006312B7" w:rsidP="00BE102E">
      <w:pPr>
        <w:rPr>
          <w:b/>
          <w:bCs/>
          <w:lang w:val="en-GB" w:eastAsia="en-GB"/>
        </w:rPr>
      </w:pPr>
      <w:r w:rsidRPr="005E1B0D">
        <w:rPr>
          <w:b/>
          <w:bCs/>
          <w:lang w:val="en-GB" w:eastAsia="en-GB"/>
        </w:rPr>
        <w:t>Applicant:</w:t>
      </w:r>
      <w:r w:rsidR="005E1B0D" w:rsidRPr="005E1B0D">
        <w:rPr>
          <w:b/>
          <w:bCs/>
          <w:lang w:val="en-GB" w:eastAsia="en-GB"/>
        </w:rPr>
        <w:t xml:space="preserve"> </w:t>
      </w:r>
      <w:proofErr w:type="spellStart"/>
      <w:r w:rsidR="005E1B0D" w:rsidRPr="005E1B0D">
        <w:rPr>
          <w:b/>
          <w:bCs/>
          <w:lang w:val="en-GB" w:eastAsia="en-GB"/>
        </w:rPr>
        <w:t>Ede</w:t>
      </w:r>
      <w:r w:rsidRPr="005E1B0D">
        <w:rPr>
          <w:b/>
          <w:bCs/>
          <w:lang w:val="en-GB" w:eastAsia="en-GB"/>
        </w:rPr>
        <w:t>nstone</w:t>
      </w:r>
      <w:proofErr w:type="spellEnd"/>
      <w:r w:rsidRPr="005E1B0D">
        <w:rPr>
          <w:b/>
          <w:bCs/>
          <w:lang w:val="en-GB" w:eastAsia="en-GB"/>
        </w:rPr>
        <w:t xml:space="preserve"> Homes and Stonewater</w:t>
      </w:r>
    </w:p>
    <w:p w14:paraId="1D4F4175" w14:textId="10D8D3FD" w:rsidR="006312B7" w:rsidRPr="00BE102E" w:rsidRDefault="006312B7" w:rsidP="00BE102E">
      <w:pPr>
        <w:rPr>
          <w:lang w:val="en-GB" w:eastAsia="en-GB"/>
        </w:rPr>
      </w:pPr>
      <w:r w:rsidRPr="005E1B0D">
        <w:rPr>
          <w:b/>
          <w:bCs/>
          <w:lang w:val="en-GB" w:eastAsia="en-GB"/>
        </w:rPr>
        <w:t>Location:</w:t>
      </w:r>
      <w:r w:rsidR="005E1B0D">
        <w:rPr>
          <w:lang w:val="en-GB" w:eastAsia="en-GB"/>
        </w:rPr>
        <w:t xml:space="preserve"> </w:t>
      </w:r>
      <w:r w:rsidRPr="00BE102E">
        <w:rPr>
          <w:lang w:val="en-GB" w:eastAsia="en-GB"/>
        </w:rPr>
        <w:t>Land South Of, New Road, West Huntspill, Highbridge, Somerset, TA9</w:t>
      </w:r>
    </w:p>
    <w:p w14:paraId="048EE652" w14:textId="77777777" w:rsidR="006312B7" w:rsidRPr="005E1B0D" w:rsidRDefault="006312B7" w:rsidP="00BE102E">
      <w:pPr>
        <w:rPr>
          <w:b/>
          <w:bCs/>
          <w:lang w:val="en-GB" w:eastAsia="en-GB"/>
        </w:rPr>
      </w:pPr>
      <w:r w:rsidRPr="005E1B0D">
        <w:rPr>
          <w:b/>
          <w:bCs/>
          <w:lang w:val="en-GB" w:eastAsia="en-GB"/>
        </w:rPr>
        <w:t>Proposal:</w:t>
      </w:r>
    </w:p>
    <w:p w14:paraId="79268FD5" w14:textId="77777777" w:rsidR="006312B7" w:rsidRPr="00BE102E" w:rsidRDefault="006312B7" w:rsidP="00BE102E">
      <w:pPr>
        <w:rPr>
          <w:lang w:val="en-GB" w:eastAsia="en-GB"/>
        </w:rPr>
      </w:pPr>
      <w:r w:rsidRPr="00BE102E">
        <w:rPr>
          <w:lang w:val="en-GB" w:eastAsia="en-GB"/>
        </w:rPr>
        <w:t xml:space="preserve">Application to vary the plans &amp; details approved under Condition 01 &amp; Schedule </w:t>
      </w:r>
      <w:proofErr w:type="gramStart"/>
      <w:r w:rsidRPr="00BE102E">
        <w:rPr>
          <w:lang w:val="en-GB" w:eastAsia="en-GB"/>
        </w:rPr>
        <w:t>A and also</w:t>
      </w:r>
      <w:proofErr w:type="gramEnd"/>
      <w:r w:rsidRPr="00BE102E">
        <w:rPr>
          <w:lang w:val="en-GB" w:eastAsia="en-GB"/>
        </w:rPr>
        <w:t xml:space="preserve"> Condition 03 to amend wording to require compliance with the details submitted &amp; approved </w:t>
      </w:r>
      <w:r w:rsidRPr="00BE102E">
        <w:rPr>
          <w:lang w:val="en-GB" w:eastAsia="en-GB"/>
        </w:rPr>
        <w:lastRenderedPageBreak/>
        <w:t>relating to planning consent 52/23/00006. Approval of reserved matters, for the erection of 45 dwellings, a car park, public open space &amp; associated infrastructure.</w:t>
      </w:r>
    </w:p>
    <w:p w14:paraId="6C6C54AB" w14:textId="4F223414" w:rsidR="006312B7" w:rsidRDefault="006312B7" w:rsidP="00BE102E">
      <w:pPr>
        <w:rPr>
          <w:lang w:val="en-GB" w:eastAsia="en-GB"/>
        </w:rPr>
      </w:pPr>
      <w:r w:rsidRPr="00BE102E">
        <w:rPr>
          <w:lang w:val="en-GB" w:eastAsia="en-GB"/>
        </w:rPr>
        <w:t>Case Officer:</w:t>
      </w:r>
      <w:r w:rsidR="005E1B0D">
        <w:rPr>
          <w:lang w:val="en-GB" w:eastAsia="en-GB"/>
        </w:rPr>
        <w:t xml:space="preserve"> </w:t>
      </w:r>
      <w:r w:rsidRPr="00BE102E">
        <w:rPr>
          <w:lang w:val="en-GB" w:eastAsia="en-GB"/>
        </w:rPr>
        <w:t>Ellena Fletcher</w:t>
      </w:r>
    </w:p>
    <w:p w14:paraId="0401295C" w14:textId="61AC8F08" w:rsidR="005E1B0D" w:rsidRDefault="005E1B0D" w:rsidP="00BE102E">
      <w:pPr>
        <w:rPr>
          <w:lang w:val="en-GB" w:eastAsia="en-GB"/>
        </w:rPr>
      </w:pPr>
      <w:hyperlink r:id="rId9" w:history="1">
        <w:r w:rsidRPr="00245030">
          <w:rPr>
            <w:rStyle w:val="Hyperlink"/>
            <w:lang w:val="en-GB" w:eastAsia="en-GB"/>
          </w:rPr>
          <w:t>https://sdc.somerset.gov.uk/Planning_Online/GetDetails?app=52/26/00014&amp;p=West%20Huntspill</w:t>
        </w:r>
      </w:hyperlink>
    </w:p>
    <w:p w14:paraId="129C4C39" w14:textId="77777777" w:rsidR="005E1B0D" w:rsidRPr="00BE102E" w:rsidRDefault="005E1B0D" w:rsidP="00BE102E">
      <w:pPr>
        <w:rPr>
          <w:lang w:val="en-GB" w:eastAsia="en-GB"/>
        </w:rPr>
      </w:pPr>
    </w:p>
    <w:p w14:paraId="6A1AD5AE" w14:textId="6E07FAB1" w:rsidR="000C26DE" w:rsidRPr="005E1B0D" w:rsidRDefault="000C26DE" w:rsidP="00BE102E">
      <w:pPr>
        <w:rPr>
          <w:b/>
          <w:bCs/>
          <w:u w:val="single"/>
          <w:lang w:val="en-GB" w:eastAsia="en-GB"/>
        </w:rPr>
      </w:pPr>
      <w:r w:rsidRPr="005E1B0D">
        <w:rPr>
          <w:b/>
          <w:bCs/>
          <w:u w:val="single"/>
          <w:lang w:val="en-GB" w:eastAsia="en-GB"/>
        </w:rPr>
        <w:t>52/26/00011</w:t>
      </w:r>
      <w:r w:rsidR="005E1B0D" w:rsidRPr="005E1B0D">
        <w:rPr>
          <w:b/>
          <w:bCs/>
          <w:u w:val="single"/>
          <w:lang w:val="en-GB" w:eastAsia="en-GB"/>
        </w:rPr>
        <w:t xml:space="preserve"> -</w:t>
      </w:r>
      <w:r w:rsidRPr="005E1B0D">
        <w:rPr>
          <w:b/>
          <w:bCs/>
          <w:u w:val="single"/>
          <w:lang w:val="en-GB" w:eastAsia="en-GB"/>
        </w:rPr>
        <w:t>West Huntspill</w:t>
      </w:r>
      <w:r w:rsidR="005E1B0D" w:rsidRPr="005E1B0D">
        <w:rPr>
          <w:b/>
          <w:bCs/>
          <w:u w:val="single"/>
          <w:lang w:val="en-GB" w:eastAsia="en-GB"/>
        </w:rPr>
        <w:t xml:space="preserve">- </w:t>
      </w:r>
      <w:r w:rsidRPr="005E1B0D">
        <w:rPr>
          <w:b/>
          <w:bCs/>
          <w:u w:val="single"/>
          <w:lang w:val="en-GB" w:eastAsia="en-GB"/>
        </w:rPr>
        <w:t>Registered Date:05/10/2026</w:t>
      </w:r>
    </w:p>
    <w:p w14:paraId="4D6D43F3" w14:textId="77777777" w:rsidR="000C26DE" w:rsidRPr="005E1B0D" w:rsidRDefault="000C26DE" w:rsidP="00BE102E">
      <w:pPr>
        <w:rPr>
          <w:b/>
          <w:bCs/>
          <w:lang w:val="en-GB" w:eastAsia="en-GB"/>
        </w:rPr>
      </w:pPr>
      <w:r w:rsidRPr="005E1B0D">
        <w:rPr>
          <w:b/>
          <w:bCs/>
          <w:lang w:val="en-GB" w:eastAsia="en-GB"/>
        </w:rPr>
        <w:t>Full Planning Permission</w:t>
      </w:r>
    </w:p>
    <w:p w14:paraId="3CF3CF38" w14:textId="1CAEF2B0" w:rsidR="000C26DE" w:rsidRPr="00BE102E" w:rsidRDefault="000C26DE" w:rsidP="00BE102E">
      <w:pPr>
        <w:rPr>
          <w:lang w:val="en-GB" w:eastAsia="en-GB"/>
        </w:rPr>
      </w:pPr>
      <w:r w:rsidRPr="005E1B0D">
        <w:rPr>
          <w:b/>
          <w:bCs/>
          <w:lang w:val="en-GB" w:eastAsia="en-GB"/>
        </w:rPr>
        <w:t>Applicant:</w:t>
      </w:r>
      <w:r w:rsidR="005E1B0D">
        <w:rPr>
          <w:lang w:val="en-GB" w:eastAsia="en-GB"/>
        </w:rPr>
        <w:t xml:space="preserve"> </w:t>
      </w:r>
      <w:r w:rsidRPr="00BE102E">
        <w:rPr>
          <w:lang w:val="en-GB" w:eastAsia="en-GB"/>
        </w:rPr>
        <w:t>D A Kidner &amp; Son</w:t>
      </w:r>
    </w:p>
    <w:p w14:paraId="652EAA85" w14:textId="432372E0" w:rsidR="000C26DE" w:rsidRPr="00BE102E" w:rsidRDefault="000C26DE" w:rsidP="00BE102E">
      <w:pPr>
        <w:rPr>
          <w:lang w:val="en-GB" w:eastAsia="en-GB"/>
        </w:rPr>
      </w:pPr>
      <w:r w:rsidRPr="005E1B0D">
        <w:rPr>
          <w:b/>
          <w:bCs/>
          <w:lang w:val="en-GB" w:eastAsia="en-GB"/>
        </w:rPr>
        <w:t>Location:</w:t>
      </w:r>
      <w:r w:rsidR="005E1B0D">
        <w:rPr>
          <w:lang w:val="en-GB" w:eastAsia="en-GB"/>
        </w:rPr>
        <w:t xml:space="preserve"> </w:t>
      </w:r>
      <w:r w:rsidRPr="00BE102E">
        <w:rPr>
          <w:lang w:val="en-GB" w:eastAsia="en-GB"/>
        </w:rPr>
        <w:t>Manor Farm, New Road, West Huntspill, Highbridge, Somerset, TA9 3QD</w:t>
      </w:r>
    </w:p>
    <w:p w14:paraId="4A50A26F" w14:textId="77777777" w:rsidR="000C26DE" w:rsidRPr="005E1B0D" w:rsidRDefault="000C26DE" w:rsidP="00BE102E">
      <w:pPr>
        <w:rPr>
          <w:b/>
          <w:bCs/>
          <w:lang w:val="en-GB" w:eastAsia="en-GB"/>
        </w:rPr>
      </w:pPr>
      <w:r w:rsidRPr="005E1B0D">
        <w:rPr>
          <w:b/>
          <w:bCs/>
          <w:lang w:val="en-GB" w:eastAsia="en-GB"/>
        </w:rPr>
        <w:t>Proposal:</w:t>
      </w:r>
    </w:p>
    <w:p w14:paraId="1274484E" w14:textId="20638E55" w:rsidR="000C26DE" w:rsidRDefault="000C26DE" w:rsidP="00BE102E">
      <w:pPr>
        <w:rPr>
          <w:lang w:val="en-GB" w:eastAsia="en-GB"/>
        </w:rPr>
      </w:pPr>
      <w:r w:rsidRPr="00BE102E">
        <w:rPr>
          <w:lang w:val="en-GB" w:eastAsia="en-GB"/>
        </w:rPr>
        <w:t xml:space="preserve">Approval is sought for the reserved matters of access, appearance, landscaping, layout and scale in relation to the erection of one agricultural worker's dwelling at </w:t>
      </w:r>
      <w:r w:rsidR="0069156A" w:rsidRPr="00BE102E">
        <w:rPr>
          <w:lang w:val="en-GB" w:eastAsia="en-GB"/>
        </w:rPr>
        <w:t>M</w:t>
      </w:r>
      <w:r w:rsidRPr="00BE102E">
        <w:rPr>
          <w:lang w:val="en-GB" w:eastAsia="en-GB"/>
        </w:rPr>
        <w:t xml:space="preserve">anor farm, </w:t>
      </w:r>
      <w:r w:rsidR="0069156A" w:rsidRPr="00BE102E">
        <w:rPr>
          <w:lang w:val="en-GB" w:eastAsia="en-GB"/>
        </w:rPr>
        <w:t>W</w:t>
      </w:r>
      <w:r w:rsidRPr="00BE102E">
        <w:rPr>
          <w:lang w:val="en-GB" w:eastAsia="en-GB"/>
        </w:rPr>
        <w:t xml:space="preserve">est </w:t>
      </w:r>
      <w:r w:rsidR="0069156A" w:rsidRPr="00BE102E">
        <w:rPr>
          <w:lang w:val="en-GB" w:eastAsia="en-GB"/>
        </w:rPr>
        <w:t>H</w:t>
      </w:r>
      <w:r w:rsidRPr="00BE102E">
        <w:rPr>
          <w:lang w:val="en-GB" w:eastAsia="en-GB"/>
        </w:rPr>
        <w:t xml:space="preserve">untspill, pursuant to outline planning permission 52/24/00013. </w:t>
      </w:r>
      <w:r w:rsidR="0069156A" w:rsidRPr="00BE102E">
        <w:rPr>
          <w:lang w:val="en-GB" w:eastAsia="en-GB"/>
        </w:rPr>
        <w:t>T</w:t>
      </w:r>
      <w:r w:rsidRPr="00BE102E">
        <w:rPr>
          <w:lang w:val="en-GB" w:eastAsia="en-GB"/>
        </w:rPr>
        <w:t xml:space="preserve">he outline planning application was not an environmental impact assessment application. </w:t>
      </w:r>
      <w:r w:rsidR="0069156A" w:rsidRPr="00BE102E">
        <w:rPr>
          <w:lang w:val="en-GB" w:eastAsia="en-GB"/>
        </w:rPr>
        <w:t>N</w:t>
      </w:r>
      <w:r w:rsidRPr="00BE102E">
        <w:rPr>
          <w:lang w:val="en-GB" w:eastAsia="en-GB"/>
        </w:rPr>
        <w:t>o environmental statement was submitted.</w:t>
      </w:r>
    </w:p>
    <w:p w14:paraId="730BD910" w14:textId="5A98253E" w:rsidR="005E1B0D" w:rsidRDefault="005E1B0D" w:rsidP="00BE102E">
      <w:pPr>
        <w:rPr>
          <w:lang w:val="en-GB" w:eastAsia="en-GB"/>
        </w:rPr>
      </w:pPr>
      <w:hyperlink r:id="rId10" w:history="1">
        <w:r w:rsidRPr="00245030">
          <w:rPr>
            <w:rStyle w:val="Hyperlink"/>
            <w:lang w:val="en-GB" w:eastAsia="en-GB"/>
          </w:rPr>
          <w:t>https://sdc.somerset.gov.uk/Planning_Online/GetDetails?app=52/26/00011&amp;p=West%20Huntspill</w:t>
        </w:r>
      </w:hyperlink>
    </w:p>
    <w:p w14:paraId="32619318" w14:textId="77777777" w:rsidR="005E1B0D" w:rsidRDefault="005E1B0D" w:rsidP="00BE102E">
      <w:pPr>
        <w:rPr>
          <w:lang w:val="en-GB" w:eastAsia="en-GB"/>
        </w:rPr>
      </w:pPr>
    </w:p>
    <w:p w14:paraId="0C8CA148" w14:textId="6682DC57" w:rsidR="000C26DE" w:rsidRPr="005E1B0D" w:rsidRDefault="000C26DE" w:rsidP="00BE102E">
      <w:pPr>
        <w:rPr>
          <w:b/>
          <w:bCs/>
          <w:u w:val="single"/>
          <w:lang w:val="en-GB" w:eastAsia="en-GB"/>
        </w:rPr>
      </w:pPr>
      <w:r w:rsidRPr="005E1B0D">
        <w:rPr>
          <w:b/>
          <w:bCs/>
          <w:u w:val="single"/>
          <w:lang w:val="en-GB" w:eastAsia="en-GB"/>
        </w:rPr>
        <w:t>52/26/00012</w:t>
      </w:r>
      <w:r w:rsidR="005E1B0D" w:rsidRPr="005E1B0D">
        <w:rPr>
          <w:b/>
          <w:bCs/>
          <w:u w:val="single"/>
          <w:lang w:val="en-GB" w:eastAsia="en-GB"/>
        </w:rPr>
        <w:t xml:space="preserve"> -</w:t>
      </w:r>
      <w:r w:rsidRPr="005E1B0D">
        <w:rPr>
          <w:b/>
          <w:bCs/>
          <w:u w:val="single"/>
          <w:lang w:val="en-GB" w:eastAsia="en-GB"/>
        </w:rPr>
        <w:t>West Huntspill</w:t>
      </w:r>
      <w:r w:rsidR="005E1B0D" w:rsidRPr="005E1B0D">
        <w:rPr>
          <w:b/>
          <w:bCs/>
          <w:u w:val="single"/>
          <w:lang w:val="en-GB" w:eastAsia="en-GB"/>
        </w:rPr>
        <w:t xml:space="preserve">- </w:t>
      </w:r>
      <w:r w:rsidRPr="005E1B0D">
        <w:rPr>
          <w:b/>
          <w:bCs/>
          <w:u w:val="single"/>
          <w:lang w:val="en-GB" w:eastAsia="en-GB"/>
        </w:rPr>
        <w:t>Registered Date:</w:t>
      </w:r>
      <w:r w:rsidR="005E1B0D" w:rsidRPr="005E1B0D">
        <w:rPr>
          <w:b/>
          <w:bCs/>
          <w:u w:val="single"/>
          <w:lang w:val="en-GB" w:eastAsia="en-GB"/>
        </w:rPr>
        <w:t xml:space="preserve"> </w:t>
      </w:r>
      <w:r w:rsidRPr="005E1B0D">
        <w:rPr>
          <w:b/>
          <w:bCs/>
          <w:u w:val="single"/>
          <w:lang w:val="en-GB" w:eastAsia="en-GB"/>
        </w:rPr>
        <w:t>21/09/2026</w:t>
      </w:r>
    </w:p>
    <w:p w14:paraId="3A2CD9EA" w14:textId="77777777" w:rsidR="000C26DE" w:rsidRPr="005E1B0D" w:rsidRDefault="000C26DE" w:rsidP="00BE102E">
      <w:pPr>
        <w:rPr>
          <w:b/>
          <w:bCs/>
          <w:lang w:val="en-GB" w:eastAsia="en-GB"/>
        </w:rPr>
      </w:pPr>
      <w:r w:rsidRPr="005E1B0D">
        <w:rPr>
          <w:b/>
          <w:bCs/>
          <w:lang w:val="en-GB" w:eastAsia="en-GB"/>
        </w:rPr>
        <w:t>Full Planning Permission</w:t>
      </w:r>
    </w:p>
    <w:p w14:paraId="476C68A3" w14:textId="589C15D9" w:rsidR="000C26DE" w:rsidRPr="005E1B0D" w:rsidRDefault="000C26DE" w:rsidP="00BE102E">
      <w:pPr>
        <w:rPr>
          <w:b/>
          <w:bCs/>
          <w:lang w:val="en-GB" w:eastAsia="en-GB"/>
        </w:rPr>
      </w:pPr>
      <w:r w:rsidRPr="005E1B0D">
        <w:rPr>
          <w:b/>
          <w:bCs/>
          <w:lang w:val="en-GB" w:eastAsia="en-GB"/>
        </w:rPr>
        <w:t>Applicant:</w:t>
      </w:r>
      <w:r w:rsidR="005E1B0D" w:rsidRPr="005E1B0D">
        <w:rPr>
          <w:b/>
          <w:bCs/>
          <w:lang w:val="en-GB" w:eastAsia="en-GB"/>
        </w:rPr>
        <w:t xml:space="preserve"> </w:t>
      </w:r>
      <w:r w:rsidRPr="005E1B0D">
        <w:rPr>
          <w:b/>
          <w:bCs/>
          <w:lang w:val="en-GB" w:eastAsia="en-GB"/>
        </w:rPr>
        <w:t>Mr &amp; Mrs I Hague</w:t>
      </w:r>
    </w:p>
    <w:p w14:paraId="327CDB1E" w14:textId="5ED8BC0F" w:rsidR="000C26DE" w:rsidRPr="00BE102E" w:rsidRDefault="000C26DE" w:rsidP="00BE102E">
      <w:pPr>
        <w:rPr>
          <w:lang w:val="en-GB" w:eastAsia="en-GB"/>
        </w:rPr>
      </w:pPr>
      <w:r w:rsidRPr="005E1B0D">
        <w:rPr>
          <w:b/>
          <w:bCs/>
          <w:lang w:val="en-GB" w:eastAsia="en-GB"/>
        </w:rPr>
        <w:t>Location:</w:t>
      </w:r>
      <w:r w:rsidR="005E1B0D">
        <w:rPr>
          <w:lang w:val="en-GB" w:eastAsia="en-GB"/>
        </w:rPr>
        <w:t xml:space="preserve"> </w:t>
      </w:r>
      <w:r w:rsidRPr="00BE102E">
        <w:rPr>
          <w:lang w:val="en-GB" w:eastAsia="en-GB"/>
        </w:rPr>
        <w:t>1 Church Road, West Huntspill, Highbridge, Somerset, TA9 3RL</w:t>
      </w:r>
    </w:p>
    <w:p w14:paraId="36A258D9" w14:textId="45B76F86" w:rsidR="000C26DE" w:rsidRPr="00BE102E" w:rsidRDefault="000C26DE" w:rsidP="00BE102E">
      <w:pPr>
        <w:rPr>
          <w:lang w:val="en-GB" w:eastAsia="en-GB"/>
        </w:rPr>
      </w:pPr>
      <w:r w:rsidRPr="005E1B0D">
        <w:rPr>
          <w:b/>
          <w:bCs/>
          <w:lang w:val="en-GB" w:eastAsia="en-GB"/>
        </w:rPr>
        <w:t>Proposal:</w:t>
      </w:r>
      <w:r w:rsidR="005E1B0D">
        <w:rPr>
          <w:lang w:val="en-GB" w:eastAsia="en-GB"/>
        </w:rPr>
        <w:t xml:space="preserve"> </w:t>
      </w:r>
      <w:r w:rsidRPr="00BE102E">
        <w:rPr>
          <w:lang w:val="en-GB" w:eastAsia="en-GB"/>
        </w:rPr>
        <w:t>Erection of a Dwelling</w:t>
      </w:r>
    </w:p>
    <w:p w14:paraId="1BFCB914" w14:textId="45B4B002" w:rsidR="000C26DE" w:rsidRDefault="000C26DE" w:rsidP="00BE102E">
      <w:pPr>
        <w:rPr>
          <w:lang w:val="en-GB" w:eastAsia="en-GB"/>
        </w:rPr>
      </w:pPr>
      <w:r w:rsidRPr="00BE102E">
        <w:rPr>
          <w:lang w:val="en-GB" w:eastAsia="en-GB"/>
        </w:rPr>
        <w:t>Case Officer:</w:t>
      </w:r>
      <w:r w:rsidR="005E1B0D">
        <w:rPr>
          <w:lang w:val="en-GB" w:eastAsia="en-GB"/>
        </w:rPr>
        <w:t xml:space="preserve"> </w:t>
      </w:r>
      <w:r w:rsidRPr="00BE102E">
        <w:rPr>
          <w:lang w:val="en-GB" w:eastAsia="en-GB"/>
        </w:rPr>
        <w:t>Shanta Parsons</w:t>
      </w:r>
    </w:p>
    <w:p w14:paraId="3AF18F1B" w14:textId="0FD99418" w:rsidR="005E1B0D" w:rsidRDefault="005E1B0D" w:rsidP="00BE102E">
      <w:pPr>
        <w:rPr>
          <w:lang w:val="en-GB" w:eastAsia="en-GB"/>
        </w:rPr>
      </w:pPr>
      <w:hyperlink r:id="rId11" w:history="1">
        <w:r w:rsidRPr="00245030">
          <w:rPr>
            <w:rStyle w:val="Hyperlink"/>
            <w:lang w:val="en-GB" w:eastAsia="en-GB"/>
          </w:rPr>
          <w:t>https://sdc.somerset.gov.uk/Planning_Online/GetDetails?app=52/26/00012&amp;p=West%20Huntspill</w:t>
        </w:r>
      </w:hyperlink>
    </w:p>
    <w:p w14:paraId="3418761B" w14:textId="77777777" w:rsidR="005E1B0D" w:rsidRPr="00BE102E" w:rsidRDefault="005E1B0D" w:rsidP="00BE102E">
      <w:pPr>
        <w:rPr>
          <w:lang w:val="en-GB" w:eastAsia="en-GB"/>
        </w:rPr>
      </w:pPr>
    </w:p>
    <w:p w14:paraId="0C6A682E" w14:textId="77777777" w:rsidR="000C26DE" w:rsidRPr="00BE102E" w:rsidRDefault="000C26DE" w:rsidP="00BE102E">
      <w:pPr>
        <w:rPr>
          <w:lang w:val="en-GB" w:eastAsia="en-GB"/>
        </w:rPr>
      </w:pPr>
    </w:p>
    <w:p w14:paraId="0B32A255" w14:textId="77777777" w:rsidR="007839AA" w:rsidRPr="007839AA" w:rsidRDefault="007839AA" w:rsidP="007839AA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00000"/>
          <w:lang w:val="en-GB" w:eastAsia="en-GB"/>
        </w:rPr>
      </w:pPr>
    </w:p>
    <w:p w14:paraId="5CB9D2F7" w14:textId="6FA2A882" w:rsidR="005E4BDD" w:rsidRPr="007839AA" w:rsidRDefault="005E4BDD">
      <w:pPr>
        <w:keepNext/>
        <w:spacing w:after="80"/>
        <w:rPr>
          <w:rFonts w:asciiTheme="majorHAnsi" w:hAnsiTheme="majorHAnsi" w:cstheme="majorHAnsi"/>
          <w:bCs/>
          <w:sz w:val="24"/>
          <w:szCs w:val="24"/>
        </w:rPr>
      </w:pPr>
    </w:p>
    <w:p w14:paraId="77C0D22A" w14:textId="77777777" w:rsidR="0071769E" w:rsidRDefault="0071769E">
      <w:pPr>
        <w:keepNext/>
        <w:spacing w:after="80"/>
        <w:rPr>
          <w:rFonts w:asciiTheme="majorHAnsi" w:hAnsiTheme="majorHAnsi" w:cstheme="majorHAnsi"/>
          <w:b/>
          <w:sz w:val="24"/>
          <w:szCs w:val="24"/>
        </w:rPr>
      </w:pPr>
    </w:p>
    <w:p w14:paraId="2B20645D" w14:textId="0DDCA48D" w:rsidR="00EC4BCD" w:rsidRPr="00800057" w:rsidRDefault="00102431" w:rsidP="00C52DE6">
      <w:pPr>
        <w:keepNext/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10.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War Memorial Ground and Cricket Club</w:t>
      </w:r>
    </w:p>
    <w:p w14:paraId="335F6947" w14:textId="77777777" w:rsidR="0071769E" w:rsidRDefault="0071769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06647415" w14:textId="356C0F3E" w:rsidR="00C52DE6" w:rsidRDefault="00B121F4" w:rsidP="00C52DE6">
      <w:pPr>
        <w:spacing w:after="40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11</w:t>
      </w:r>
      <w:r w:rsidR="00102431" w:rsidRPr="00800057">
        <w:rPr>
          <w:rFonts w:asciiTheme="majorHAnsi" w:hAnsiTheme="majorHAnsi" w:cstheme="majorHAnsi"/>
          <w:b/>
          <w:sz w:val="24"/>
          <w:szCs w:val="24"/>
        </w:rPr>
        <w:t>.</w:t>
      </w:r>
      <w:r w:rsidR="00102431" w:rsidRPr="00800057">
        <w:rPr>
          <w:rFonts w:asciiTheme="majorHAnsi" w:hAnsiTheme="majorHAnsi" w:cstheme="majorHAnsi"/>
          <w:b/>
          <w:sz w:val="24"/>
          <w:szCs w:val="24"/>
        </w:rPr>
        <w:tab/>
        <w:t xml:space="preserve">Ilex Park </w:t>
      </w:r>
    </w:p>
    <w:p w14:paraId="79D6AA20" w14:textId="77777777" w:rsidR="0071769E" w:rsidRDefault="0071769E" w:rsidP="00C52DE6">
      <w:pPr>
        <w:spacing w:after="40"/>
        <w:rPr>
          <w:rFonts w:asciiTheme="majorHAnsi" w:hAnsiTheme="majorHAnsi" w:cstheme="majorHAnsi"/>
          <w:b/>
          <w:sz w:val="24"/>
          <w:szCs w:val="24"/>
        </w:rPr>
      </w:pPr>
    </w:p>
    <w:p w14:paraId="40FFB3A1" w14:textId="77777777" w:rsidR="00EC4BCD" w:rsidRPr="00800057" w:rsidRDefault="00102431">
      <w:pPr>
        <w:keepNext/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12.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Common, Trees, Footpaths and Green Areas</w:t>
      </w:r>
    </w:p>
    <w:p w14:paraId="58792B15" w14:textId="77CD8023" w:rsidR="0071769E" w:rsidRDefault="00C52DE6" w:rsidP="0071769E">
      <w:pPr>
        <w:spacing w:after="8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</w:p>
    <w:p w14:paraId="015422AE" w14:textId="79DC77D5" w:rsidR="00EC4BCD" w:rsidRDefault="00102431">
      <w:pPr>
        <w:spacing w:after="40"/>
        <w:rPr>
          <w:rFonts w:asciiTheme="majorHAnsi" w:hAnsiTheme="majorHAnsi" w:cstheme="majorHAnsi"/>
          <w:b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1</w:t>
      </w:r>
      <w:r w:rsidR="006D01E3">
        <w:rPr>
          <w:rFonts w:asciiTheme="majorHAnsi" w:hAnsiTheme="majorHAnsi" w:cstheme="majorHAnsi"/>
          <w:b/>
          <w:sz w:val="24"/>
          <w:szCs w:val="24"/>
        </w:rPr>
        <w:t>3</w:t>
      </w:r>
      <w:r w:rsidRPr="00800057">
        <w:rPr>
          <w:rFonts w:asciiTheme="majorHAnsi" w:hAnsiTheme="majorHAnsi" w:cstheme="majorHAnsi"/>
          <w:b/>
          <w:sz w:val="24"/>
          <w:szCs w:val="24"/>
        </w:rPr>
        <w:t>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Highways and Local Community Network (LCN)</w:t>
      </w:r>
    </w:p>
    <w:p w14:paraId="27D4A43D" w14:textId="77777777" w:rsidR="0071769E" w:rsidRDefault="0071769E">
      <w:pPr>
        <w:spacing w:after="40"/>
        <w:rPr>
          <w:rFonts w:asciiTheme="majorHAnsi" w:hAnsiTheme="majorHAnsi" w:cstheme="majorHAnsi"/>
          <w:b/>
          <w:sz w:val="24"/>
          <w:szCs w:val="24"/>
        </w:rPr>
      </w:pPr>
    </w:p>
    <w:p w14:paraId="411FE239" w14:textId="5F6ABDF6" w:rsidR="00EC4BCD" w:rsidRPr="00800057" w:rsidRDefault="00102431">
      <w:pPr>
        <w:keepNext/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1</w:t>
      </w:r>
      <w:r w:rsidR="006D01E3">
        <w:rPr>
          <w:rFonts w:asciiTheme="majorHAnsi" w:hAnsiTheme="majorHAnsi" w:cstheme="majorHAnsi"/>
          <w:b/>
          <w:sz w:val="24"/>
          <w:szCs w:val="24"/>
        </w:rPr>
        <w:t>4</w:t>
      </w:r>
      <w:r w:rsidRPr="00800057">
        <w:rPr>
          <w:rFonts w:asciiTheme="majorHAnsi" w:hAnsiTheme="majorHAnsi" w:cstheme="majorHAnsi"/>
          <w:b/>
          <w:sz w:val="24"/>
          <w:szCs w:val="24"/>
        </w:rPr>
        <w:t>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Parish Projects</w:t>
      </w:r>
    </w:p>
    <w:p w14:paraId="7F366B8C" w14:textId="10EF330D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Clean September Sweep 2026</w:t>
      </w:r>
      <w:r w:rsidR="00C52DE6">
        <w:rPr>
          <w:rFonts w:asciiTheme="majorHAnsi" w:hAnsiTheme="majorHAnsi" w:cstheme="majorHAnsi"/>
          <w:sz w:val="24"/>
          <w:szCs w:val="24"/>
        </w:rPr>
        <w:t xml:space="preserve"> Sept/Oct</w:t>
      </w:r>
    </w:p>
    <w:p w14:paraId="65C8E35A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Art Trail.</w:t>
      </w:r>
    </w:p>
    <w:p w14:paraId="66C6D985" w14:textId="5F7BBF37" w:rsidR="00EC4BCD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Christmas event</w:t>
      </w:r>
    </w:p>
    <w:p w14:paraId="69CA4C2E" w14:textId="77777777" w:rsidR="00EB007F" w:rsidRDefault="00EB007F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57C16FCF" w14:textId="693DF617" w:rsidR="00EB007F" w:rsidRPr="00EB007F" w:rsidRDefault="00F45806" w:rsidP="00EB007F">
      <w:pPr>
        <w:spacing w:after="4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15</w:t>
      </w:r>
      <w:r w:rsidR="00EB007F" w:rsidRPr="00EB007F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EB007F" w:rsidRPr="00EB007F">
        <w:rPr>
          <w:rFonts w:asciiTheme="majorHAnsi" w:hAnsiTheme="majorHAnsi" w:cstheme="majorHAnsi"/>
          <w:b/>
          <w:bCs/>
          <w:sz w:val="24"/>
          <w:szCs w:val="24"/>
        </w:rPr>
        <w:tab/>
        <w:t>Parish Council Vacancy</w:t>
      </w:r>
    </w:p>
    <w:p w14:paraId="73BB7DC6" w14:textId="77777777" w:rsidR="007A4286" w:rsidRDefault="007A4286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6D3FF627" w14:textId="49B3A1FC" w:rsidR="006133A5" w:rsidRPr="007A4286" w:rsidRDefault="006133A5" w:rsidP="006133A5">
      <w:pPr>
        <w:spacing w:after="40"/>
        <w:rPr>
          <w:rFonts w:asciiTheme="majorHAnsi" w:hAnsiTheme="majorHAnsi" w:cstheme="majorHAnsi"/>
          <w:b/>
          <w:bCs/>
          <w:sz w:val="24"/>
          <w:szCs w:val="24"/>
        </w:rPr>
      </w:pPr>
      <w:r w:rsidRPr="007A4286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F45806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7A4286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7A4286" w:rsidRPr="007A4286">
        <w:rPr>
          <w:rFonts w:asciiTheme="majorHAnsi" w:hAnsiTheme="majorHAnsi" w:cstheme="majorHAnsi"/>
          <w:b/>
          <w:bCs/>
          <w:sz w:val="24"/>
          <w:szCs w:val="24"/>
        </w:rPr>
        <w:tab/>
        <w:t>Allotment Agreement</w:t>
      </w:r>
    </w:p>
    <w:p w14:paraId="3D6EAA9D" w14:textId="77777777" w:rsidR="0071769E" w:rsidRDefault="0071769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0C3F67CC" w14:textId="0B5A23AE" w:rsidR="00EC4BCD" w:rsidRPr="00800057" w:rsidRDefault="00102431">
      <w:pPr>
        <w:keepNext/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1</w:t>
      </w:r>
      <w:r w:rsidR="00F45806">
        <w:rPr>
          <w:rFonts w:asciiTheme="majorHAnsi" w:hAnsiTheme="majorHAnsi" w:cstheme="majorHAnsi"/>
          <w:b/>
          <w:sz w:val="24"/>
          <w:szCs w:val="24"/>
        </w:rPr>
        <w:t>7</w:t>
      </w:r>
      <w:r w:rsidRPr="00800057">
        <w:rPr>
          <w:rFonts w:asciiTheme="majorHAnsi" w:hAnsiTheme="majorHAnsi" w:cstheme="majorHAnsi"/>
          <w:b/>
          <w:sz w:val="24"/>
          <w:szCs w:val="24"/>
        </w:rPr>
        <w:t>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Community Infrastructure Levy (CIL) – 5-Year Spending Plan</w:t>
      </w:r>
    </w:p>
    <w:p w14:paraId="777DB574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New map for the Common.</w:t>
      </w:r>
    </w:p>
    <w:p w14:paraId="2CA713C2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A-Frame signage.</w:t>
      </w:r>
    </w:p>
    <w:p w14:paraId="479C1B95" w14:textId="744E39B9" w:rsidR="00EC4BCD" w:rsidRPr="00800057" w:rsidRDefault="00102431" w:rsidP="00C52DE6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Future CIL projects.</w:t>
      </w:r>
    </w:p>
    <w:p w14:paraId="4ADAEC09" w14:textId="77777777" w:rsidR="00EC4BCD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Wildflower planting.</w:t>
      </w:r>
    </w:p>
    <w:p w14:paraId="6FF423DD" w14:textId="69368637" w:rsidR="00C52DE6" w:rsidRPr="00C52DE6" w:rsidRDefault="00C52DE6" w:rsidP="00C52DE6">
      <w:pPr>
        <w:pStyle w:val="ListParagraph"/>
        <w:numPr>
          <w:ilvl w:val="0"/>
          <w:numId w:val="12"/>
        </w:numPr>
        <w:spacing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Noticeboard</w:t>
      </w:r>
    </w:p>
    <w:p w14:paraId="4B9DE4FE" w14:textId="77777777" w:rsidR="00EC4BCD" w:rsidRPr="00800057" w:rsidRDefault="00EC4BCD">
      <w:pPr>
        <w:spacing w:after="80"/>
        <w:rPr>
          <w:rFonts w:asciiTheme="majorHAnsi" w:hAnsiTheme="majorHAnsi" w:cstheme="majorHAnsi"/>
          <w:sz w:val="24"/>
          <w:szCs w:val="24"/>
        </w:rPr>
      </w:pPr>
    </w:p>
    <w:p w14:paraId="0366C84F" w14:textId="2152ABB0" w:rsidR="00EC4BCD" w:rsidRPr="00800057" w:rsidRDefault="00102431">
      <w:pPr>
        <w:keepNext/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1</w:t>
      </w:r>
      <w:r w:rsidR="007A4286">
        <w:rPr>
          <w:rFonts w:asciiTheme="majorHAnsi" w:hAnsiTheme="majorHAnsi" w:cstheme="majorHAnsi"/>
          <w:b/>
          <w:sz w:val="24"/>
          <w:szCs w:val="24"/>
        </w:rPr>
        <w:t>8</w:t>
      </w:r>
      <w:r w:rsidRPr="00800057">
        <w:rPr>
          <w:rFonts w:asciiTheme="majorHAnsi" w:hAnsiTheme="majorHAnsi" w:cstheme="majorHAnsi"/>
          <w:b/>
          <w:sz w:val="24"/>
          <w:szCs w:val="24"/>
        </w:rPr>
        <w:t>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Updates on Issues and Developments</w:t>
      </w:r>
    </w:p>
    <w:p w14:paraId="191F1E9F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Alstone</w:t>
      </w:r>
    </w:p>
    <w:p w14:paraId="59E67BC6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Main Road</w:t>
      </w:r>
    </w:p>
    <w:p w14:paraId="7A2735BD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Church Road</w:t>
      </w:r>
    </w:p>
    <w:p w14:paraId="4D45998E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Withy Road / Ringstone</w:t>
      </w:r>
    </w:p>
    <w:p w14:paraId="51CC485F" w14:textId="02C87FF3" w:rsidR="00EC4BCD" w:rsidRDefault="00102431" w:rsidP="00C52DE6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New Road</w:t>
      </w:r>
    </w:p>
    <w:p w14:paraId="20FEB2DF" w14:textId="77777777" w:rsidR="0071769E" w:rsidRDefault="0071769E" w:rsidP="00C52DE6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3E6195CB" w14:textId="38FD363C" w:rsidR="00EC4BCD" w:rsidRPr="00800057" w:rsidRDefault="007A4286">
      <w:pPr>
        <w:keepNext/>
        <w:spacing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>19</w:t>
      </w:r>
      <w:r w:rsidR="00102431" w:rsidRPr="00800057">
        <w:rPr>
          <w:rFonts w:asciiTheme="majorHAnsi" w:hAnsiTheme="majorHAnsi" w:cstheme="majorHAnsi"/>
          <w:b/>
          <w:sz w:val="24"/>
          <w:szCs w:val="24"/>
        </w:rPr>
        <w:t>.</w:t>
      </w:r>
      <w:r w:rsidR="00102431" w:rsidRPr="00800057">
        <w:rPr>
          <w:rFonts w:asciiTheme="majorHAnsi" w:hAnsiTheme="majorHAnsi" w:cstheme="majorHAnsi"/>
          <w:b/>
          <w:sz w:val="24"/>
          <w:szCs w:val="24"/>
        </w:rPr>
        <w:tab/>
        <w:t>Finance – General</w:t>
      </w:r>
    </w:p>
    <w:p w14:paraId="40BC5FD8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To approve the following payments:</w:t>
      </w:r>
    </w:p>
    <w:p w14:paraId="74A69C7C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Scribe Accounts Package – £44.00</w:t>
      </w:r>
    </w:p>
    <w:p w14:paraId="36CE3A48" w14:textId="2E928248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Grass Cutting – INV</w:t>
      </w:r>
      <w:r w:rsidR="00EB1ABA">
        <w:rPr>
          <w:rFonts w:asciiTheme="majorHAnsi" w:hAnsiTheme="majorHAnsi" w:cstheme="majorHAnsi"/>
          <w:sz w:val="24"/>
          <w:szCs w:val="24"/>
        </w:rPr>
        <w:t>0555</w:t>
      </w:r>
      <w:r w:rsidRPr="00800057">
        <w:rPr>
          <w:rFonts w:asciiTheme="majorHAnsi" w:hAnsiTheme="majorHAnsi" w:cstheme="majorHAnsi"/>
          <w:sz w:val="24"/>
          <w:szCs w:val="24"/>
        </w:rPr>
        <w:t>– £</w:t>
      </w:r>
      <w:r w:rsidR="001A4376">
        <w:rPr>
          <w:rFonts w:asciiTheme="majorHAnsi" w:hAnsiTheme="majorHAnsi" w:cstheme="majorHAnsi"/>
          <w:sz w:val="24"/>
          <w:szCs w:val="24"/>
        </w:rPr>
        <w:t>345.00</w:t>
      </w:r>
      <w:r w:rsidRPr="00800057">
        <w:rPr>
          <w:rFonts w:asciiTheme="majorHAnsi" w:hAnsiTheme="majorHAnsi" w:cstheme="majorHAnsi"/>
          <w:sz w:val="24"/>
          <w:szCs w:val="24"/>
        </w:rPr>
        <w:t>(</w:t>
      </w:r>
      <w:r w:rsidR="00027B94" w:rsidRPr="00800057">
        <w:rPr>
          <w:rFonts w:asciiTheme="majorHAnsi" w:hAnsiTheme="majorHAnsi" w:cstheme="majorHAnsi"/>
          <w:sz w:val="24"/>
          <w:szCs w:val="24"/>
        </w:rPr>
        <w:t>Mr.</w:t>
      </w:r>
      <w:r w:rsidRPr="00800057">
        <w:rPr>
          <w:rFonts w:asciiTheme="majorHAnsi" w:hAnsiTheme="majorHAnsi" w:cstheme="majorHAnsi"/>
          <w:sz w:val="24"/>
          <w:szCs w:val="24"/>
        </w:rPr>
        <w:t xml:space="preserve"> S Chick)</w:t>
      </w:r>
    </w:p>
    <w:p w14:paraId="6AA95333" w14:textId="5A526B0B" w:rsidR="00C52DE6" w:rsidRDefault="00102431" w:rsidP="00C52DE6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Footpaths – INV05</w:t>
      </w:r>
      <w:r w:rsidR="00C52DE6">
        <w:rPr>
          <w:rFonts w:asciiTheme="majorHAnsi" w:hAnsiTheme="majorHAnsi" w:cstheme="majorHAnsi"/>
          <w:sz w:val="24"/>
          <w:szCs w:val="24"/>
        </w:rPr>
        <w:t>5</w:t>
      </w:r>
      <w:r w:rsidR="00EB1ABA">
        <w:rPr>
          <w:rFonts w:asciiTheme="majorHAnsi" w:hAnsiTheme="majorHAnsi" w:cstheme="majorHAnsi"/>
          <w:sz w:val="24"/>
          <w:szCs w:val="24"/>
        </w:rPr>
        <w:t>3</w:t>
      </w:r>
      <w:r w:rsidRPr="00800057">
        <w:rPr>
          <w:rFonts w:asciiTheme="majorHAnsi" w:hAnsiTheme="majorHAnsi" w:cstheme="majorHAnsi"/>
          <w:sz w:val="24"/>
          <w:szCs w:val="24"/>
        </w:rPr>
        <w:t xml:space="preserve"> – £</w:t>
      </w:r>
      <w:r w:rsidR="00EB1ABA">
        <w:rPr>
          <w:rFonts w:asciiTheme="majorHAnsi" w:hAnsiTheme="majorHAnsi" w:cstheme="majorHAnsi"/>
          <w:sz w:val="24"/>
          <w:szCs w:val="24"/>
        </w:rPr>
        <w:t>640</w:t>
      </w:r>
      <w:r w:rsidRPr="00800057">
        <w:rPr>
          <w:rFonts w:asciiTheme="majorHAnsi" w:hAnsiTheme="majorHAnsi" w:cstheme="majorHAnsi"/>
          <w:sz w:val="24"/>
          <w:szCs w:val="24"/>
        </w:rPr>
        <w:t xml:space="preserve"> (</w:t>
      </w:r>
      <w:r w:rsidR="00027B94" w:rsidRPr="00800057">
        <w:rPr>
          <w:rFonts w:asciiTheme="majorHAnsi" w:hAnsiTheme="majorHAnsi" w:cstheme="majorHAnsi"/>
          <w:sz w:val="24"/>
          <w:szCs w:val="24"/>
        </w:rPr>
        <w:t>Mr.</w:t>
      </w:r>
      <w:r w:rsidRPr="00800057">
        <w:rPr>
          <w:rFonts w:asciiTheme="majorHAnsi" w:hAnsiTheme="majorHAnsi" w:cstheme="majorHAnsi"/>
          <w:sz w:val="24"/>
          <w:szCs w:val="24"/>
        </w:rPr>
        <w:t xml:space="preserve"> S Chick)</w:t>
      </w:r>
    </w:p>
    <w:p w14:paraId="20355EFF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To note receipts.</w:t>
      </w:r>
    </w:p>
    <w:p w14:paraId="3A8A16A2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–</w:t>
      </w:r>
      <w:r w:rsidRPr="00800057">
        <w:rPr>
          <w:rFonts w:asciiTheme="majorHAnsi" w:hAnsiTheme="majorHAnsi" w:cstheme="majorHAnsi"/>
          <w:sz w:val="24"/>
          <w:szCs w:val="24"/>
        </w:rPr>
        <w:tab/>
        <w:t>To approve the bank reconciliation and financial statements.</w:t>
      </w:r>
    </w:p>
    <w:p w14:paraId="5E9325F5" w14:textId="77777777" w:rsidR="00EC4BCD" w:rsidRPr="00800057" w:rsidRDefault="00EC4BCD">
      <w:pPr>
        <w:spacing w:after="80"/>
        <w:rPr>
          <w:rFonts w:asciiTheme="majorHAnsi" w:hAnsiTheme="majorHAnsi" w:cstheme="majorHAnsi"/>
          <w:sz w:val="24"/>
          <w:szCs w:val="24"/>
        </w:rPr>
      </w:pPr>
    </w:p>
    <w:p w14:paraId="4E24116D" w14:textId="77777777" w:rsidR="00EC4BCD" w:rsidRPr="00800057" w:rsidRDefault="00102431">
      <w:pPr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21.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Correspondence</w:t>
      </w:r>
    </w:p>
    <w:p w14:paraId="58BD723D" w14:textId="77777777" w:rsidR="00EC4BCD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To note correspondence received.</w:t>
      </w:r>
    </w:p>
    <w:p w14:paraId="76D480B9" w14:textId="77777777" w:rsidR="00EC4BCD" w:rsidRPr="00800057" w:rsidRDefault="00EC4BCD">
      <w:pPr>
        <w:spacing w:after="80"/>
        <w:rPr>
          <w:rFonts w:asciiTheme="majorHAnsi" w:hAnsiTheme="majorHAnsi" w:cstheme="majorHAnsi"/>
          <w:sz w:val="24"/>
          <w:szCs w:val="24"/>
        </w:rPr>
      </w:pPr>
    </w:p>
    <w:p w14:paraId="515B2EFE" w14:textId="77777777" w:rsidR="00EC4BCD" w:rsidRPr="00800057" w:rsidRDefault="00102431">
      <w:pPr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22.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Matters Raised by Councillors / Items for Future Agenda</w:t>
      </w:r>
    </w:p>
    <w:p w14:paraId="166DE6BD" w14:textId="1D2CC0CC" w:rsidR="0071769E" w:rsidRPr="00800057" w:rsidRDefault="00102431" w:rsidP="00027B94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To note matters raised by councillors and agree items for inclusion on future agendas.</w:t>
      </w:r>
    </w:p>
    <w:p w14:paraId="11F2A684" w14:textId="77777777" w:rsidR="00EC4BCD" w:rsidRPr="00800057" w:rsidRDefault="00EC4BCD">
      <w:pPr>
        <w:spacing w:after="80"/>
        <w:rPr>
          <w:rFonts w:asciiTheme="majorHAnsi" w:hAnsiTheme="majorHAnsi" w:cstheme="majorHAnsi"/>
          <w:sz w:val="24"/>
          <w:szCs w:val="24"/>
        </w:rPr>
      </w:pPr>
    </w:p>
    <w:p w14:paraId="24EAD678" w14:textId="77777777" w:rsidR="00EC4BCD" w:rsidRDefault="00102431">
      <w:pPr>
        <w:spacing w:after="40"/>
        <w:rPr>
          <w:rFonts w:asciiTheme="majorHAnsi" w:hAnsiTheme="majorHAnsi" w:cstheme="majorHAnsi"/>
          <w:b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>23.</w:t>
      </w:r>
      <w:r w:rsidRPr="00800057">
        <w:rPr>
          <w:rFonts w:asciiTheme="majorHAnsi" w:hAnsiTheme="majorHAnsi" w:cstheme="majorHAnsi"/>
          <w:b/>
          <w:sz w:val="24"/>
          <w:szCs w:val="24"/>
        </w:rPr>
        <w:tab/>
        <w:t>Date and Time of Next Meeting</w:t>
      </w:r>
    </w:p>
    <w:p w14:paraId="6EC668E4" w14:textId="58ED11CC" w:rsidR="0071769E" w:rsidRPr="00800057" w:rsidRDefault="0071769E">
      <w:pPr>
        <w:spacing w:after="40"/>
        <w:rPr>
          <w:rFonts w:asciiTheme="majorHAnsi" w:hAnsiTheme="majorHAnsi" w:cstheme="majorHAnsi"/>
          <w:sz w:val="24"/>
          <w:szCs w:val="24"/>
        </w:rPr>
      </w:pPr>
    </w:p>
    <w:p w14:paraId="60327C21" w14:textId="77777777" w:rsidR="00EC4BCD" w:rsidRPr="00800057" w:rsidRDefault="00102431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To confirm the date and time of the next Parish Council meeting.</w:t>
      </w:r>
    </w:p>
    <w:p w14:paraId="0BD0E338" w14:textId="77777777" w:rsidR="00EC4BCD" w:rsidRPr="00800057" w:rsidRDefault="00EC4BCD">
      <w:pPr>
        <w:spacing w:after="80"/>
        <w:rPr>
          <w:rFonts w:asciiTheme="majorHAnsi" w:hAnsiTheme="majorHAnsi" w:cstheme="majorHAnsi"/>
          <w:sz w:val="24"/>
          <w:szCs w:val="24"/>
        </w:rPr>
      </w:pPr>
    </w:p>
    <w:p w14:paraId="67A99E07" w14:textId="77777777" w:rsidR="00EC4BCD" w:rsidRPr="00800057" w:rsidRDefault="00102431">
      <w:pPr>
        <w:spacing w:before="32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b/>
          <w:sz w:val="24"/>
          <w:szCs w:val="24"/>
        </w:rPr>
        <w:t xml:space="preserve">Signed: </w:t>
      </w:r>
    </w:p>
    <w:p w14:paraId="712065B4" w14:textId="77777777" w:rsidR="00EC4BCD" w:rsidRPr="00800057" w:rsidRDefault="00102431">
      <w:pPr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Mrs Alex Harris</w:t>
      </w:r>
    </w:p>
    <w:p w14:paraId="02EAB191" w14:textId="77777777" w:rsidR="00EC4BCD" w:rsidRPr="00800057" w:rsidRDefault="00102431">
      <w:pPr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Clerk and Responsible Financial Officer</w:t>
      </w:r>
    </w:p>
    <w:p w14:paraId="00AAAEDE" w14:textId="77777777" w:rsidR="00EC4BCD" w:rsidRPr="00800057" w:rsidRDefault="00102431">
      <w:pPr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>West Huntspill Parish Council</w:t>
      </w:r>
    </w:p>
    <w:p w14:paraId="2F032E0E" w14:textId="730CF027" w:rsidR="00EC4BCD" w:rsidRPr="00800057" w:rsidRDefault="00102431">
      <w:pPr>
        <w:spacing w:after="40"/>
        <w:rPr>
          <w:rFonts w:asciiTheme="majorHAnsi" w:hAnsiTheme="majorHAnsi" w:cstheme="majorHAnsi"/>
          <w:sz w:val="24"/>
          <w:szCs w:val="24"/>
        </w:rPr>
      </w:pPr>
      <w:r w:rsidRPr="00800057">
        <w:rPr>
          <w:rFonts w:asciiTheme="majorHAnsi" w:hAnsiTheme="majorHAnsi" w:cstheme="majorHAnsi"/>
          <w:sz w:val="24"/>
          <w:szCs w:val="24"/>
        </w:rPr>
        <w:t xml:space="preserve">Date of issue: </w:t>
      </w:r>
      <w:r w:rsidR="00F45806">
        <w:rPr>
          <w:rFonts w:asciiTheme="majorHAnsi" w:hAnsiTheme="majorHAnsi" w:cstheme="majorHAnsi"/>
          <w:sz w:val="24"/>
          <w:szCs w:val="24"/>
        </w:rPr>
        <w:t>7.10.26</w:t>
      </w:r>
    </w:p>
    <w:p w14:paraId="46EF18A1" w14:textId="77777777" w:rsidR="00800057" w:rsidRPr="00800057" w:rsidRDefault="00800057">
      <w:pPr>
        <w:spacing w:after="40"/>
        <w:rPr>
          <w:rFonts w:asciiTheme="majorHAnsi" w:hAnsiTheme="majorHAnsi" w:cstheme="majorHAnsi"/>
          <w:sz w:val="24"/>
          <w:szCs w:val="24"/>
        </w:rPr>
      </w:pPr>
    </w:p>
    <w:sectPr w:rsidR="00800057" w:rsidRPr="00800057" w:rsidSect="000346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728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EC991E" w14:textId="77777777" w:rsidR="00D73AEE" w:rsidRDefault="00D73AEE" w:rsidP="0069156A">
      <w:pPr>
        <w:spacing w:after="0" w:line="240" w:lineRule="auto"/>
      </w:pPr>
      <w:r>
        <w:separator/>
      </w:r>
    </w:p>
  </w:endnote>
  <w:endnote w:type="continuationSeparator" w:id="0">
    <w:p w14:paraId="3DAE7ED0" w14:textId="77777777" w:rsidR="00D73AEE" w:rsidRDefault="00D73AEE" w:rsidP="00691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88D070" w14:textId="77777777" w:rsidR="0069156A" w:rsidRDefault="006915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D71290" w14:textId="77777777" w:rsidR="0069156A" w:rsidRDefault="006915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C89BAD" w14:textId="77777777" w:rsidR="0069156A" w:rsidRDefault="006915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634A48" w14:textId="77777777" w:rsidR="00D73AEE" w:rsidRDefault="00D73AEE" w:rsidP="0069156A">
      <w:pPr>
        <w:spacing w:after="0" w:line="240" w:lineRule="auto"/>
      </w:pPr>
      <w:r>
        <w:separator/>
      </w:r>
    </w:p>
  </w:footnote>
  <w:footnote w:type="continuationSeparator" w:id="0">
    <w:p w14:paraId="51710B6F" w14:textId="77777777" w:rsidR="00D73AEE" w:rsidRDefault="00D73AEE" w:rsidP="00691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93F14" w14:textId="77777777" w:rsidR="0069156A" w:rsidRDefault="006915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538C0D" w14:textId="77777777" w:rsidR="0069156A" w:rsidRDefault="006915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7ACB17" w14:textId="77777777" w:rsidR="0069156A" w:rsidRDefault="006915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1A5D89"/>
    <w:multiLevelType w:val="hybridMultilevel"/>
    <w:tmpl w:val="58C60CD8"/>
    <w:lvl w:ilvl="0" w:tplc="AF8616B4">
      <w:start w:val="15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1C321F"/>
    <w:multiLevelType w:val="hybridMultilevel"/>
    <w:tmpl w:val="D14AAC06"/>
    <w:lvl w:ilvl="0" w:tplc="4274E4B0">
      <w:start w:val="15"/>
      <w:numFmt w:val="bullet"/>
      <w:lvlText w:val="-"/>
      <w:lvlJc w:val="left"/>
      <w:pPr>
        <w:ind w:left="936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7D475099"/>
    <w:multiLevelType w:val="hybridMultilevel"/>
    <w:tmpl w:val="EA66001A"/>
    <w:lvl w:ilvl="0" w:tplc="1CA43D44">
      <w:start w:val="15"/>
      <w:numFmt w:val="bullet"/>
      <w:lvlText w:val="-"/>
      <w:lvlJc w:val="left"/>
      <w:pPr>
        <w:ind w:left="936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1191262688">
    <w:abstractNumId w:val="8"/>
  </w:num>
  <w:num w:numId="2" w16cid:durableId="549653767">
    <w:abstractNumId w:val="6"/>
  </w:num>
  <w:num w:numId="3" w16cid:durableId="1665351622">
    <w:abstractNumId w:val="5"/>
  </w:num>
  <w:num w:numId="4" w16cid:durableId="1911577740">
    <w:abstractNumId w:val="4"/>
  </w:num>
  <w:num w:numId="5" w16cid:durableId="1264268908">
    <w:abstractNumId w:val="7"/>
  </w:num>
  <w:num w:numId="6" w16cid:durableId="1673559937">
    <w:abstractNumId w:val="3"/>
  </w:num>
  <w:num w:numId="7" w16cid:durableId="1560509629">
    <w:abstractNumId w:val="2"/>
  </w:num>
  <w:num w:numId="8" w16cid:durableId="822544863">
    <w:abstractNumId w:val="1"/>
  </w:num>
  <w:num w:numId="9" w16cid:durableId="1311329694">
    <w:abstractNumId w:val="0"/>
  </w:num>
  <w:num w:numId="10" w16cid:durableId="1988168340">
    <w:abstractNumId w:val="11"/>
  </w:num>
  <w:num w:numId="11" w16cid:durableId="1216355883">
    <w:abstractNumId w:val="10"/>
  </w:num>
  <w:num w:numId="12" w16cid:durableId="39355129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B94"/>
    <w:rsid w:val="00034616"/>
    <w:rsid w:val="0006063C"/>
    <w:rsid w:val="000C26DE"/>
    <w:rsid w:val="00102431"/>
    <w:rsid w:val="00147C57"/>
    <w:rsid w:val="0015074B"/>
    <w:rsid w:val="0015539D"/>
    <w:rsid w:val="001A4376"/>
    <w:rsid w:val="0029639D"/>
    <w:rsid w:val="0030303F"/>
    <w:rsid w:val="00326F90"/>
    <w:rsid w:val="004D6314"/>
    <w:rsid w:val="005E1B0D"/>
    <w:rsid w:val="005E4BDD"/>
    <w:rsid w:val="006133A5"/>
    <w:rsid w:val="006312B7"/>
    <w:rsid w:val="0069156A"/>
    <w:rsid w:val="006D01E3"/>
    <w:rsid w:val="0071769E"/>
    <w:rsid w:val="007564F4"/>
    <w:rsid w:val="007839AA"/>
    <w:rsid w:val="007A4286"/>
    <w:rsid w:val="007B3D31"/>
    <w:rsid w:val="00800057"/>
    <w:rsid w:val="0097758E"/>
    <w:rsid w:val="00AA1D8D"/>
    <w:rsid w:val="00B121F4"/>
    <w:rsid w:val="00B47730"/>
    <w:rsid w:val="00BE102E"/>
    <w:rsid w:val="00C52DE6"/>
    <w:rsid w:val="00CB0664"/>
    <w:rsid w:val="00D510A2"/>
    <w:rsid w:val="00D73AEE"/>
    <w:rsid w:val="00D853CE"/>
    <w:rsid w:val="00EB007F"/>
    <w:rsid w:val="00EB1ABA"/>
    <w:rsid w:val="00EC4BCD"/>
    <w:rsid w:val="00F458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67EB91"/>
  <w14:defaultImageDpi w14:val="300"/>
  <w15:docId w15:val="{290AAB30-E466-BA4D-A6AD-70E9A0DC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E1B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B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c.somerset.gov.uk/Planning_Online/GetDetails?app=52/26/00009&amp;p=West%20Huntspil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dc.somerset.gov.uk/Planning_Online/GetDetails?app=52/26/00012&amp;p=West%20Huntspil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dc.somerset.gov.uk/Planning_Online/GetDetails?app=52/26/00011&amp;p=West%20Huntspil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dc.somerset.gov.uk/Planning_Online/GetDetails?app=52/26/00014&amp;p=West%20Huntspil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805</Words>
  <Characters>4452</Characters>
  <Application>Microsoft Office Word</Application>
  <DocSecurity>0</DocSecurity>
  <Lines>318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HARRIS, Alexandra (WINSCOMBE SURGERY)</cp:lastModifiedBy>
  <cp:revision>2</cp:revision>
  <dcterms:created xsi:type="dcterms:W3CDTF">2026-10-08T13:16:00Z</dcterms:created>
  <dcterms:modified xsi:type="dcterms:W3CDTF">2026-10-08T13:16:00Z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da3a480fe3f6aca956b6a0adeb6774c0ae1f6abc11318ac8fe2444384c16b381</vt:lpwstr>
  </property>
</Properties>
</file>